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1A7BDF" w14:textId="6B9BD26A" w:rsidR="00D57C8D" w:rsidRPr="00D57C8D" w:rsidRDefault="00AC1BE1" w:rsidP="00D57C8D">
      <w:pPr>
        <w:ind w:firstLineChars="100" w:firstLine="321"/>
        <w:jc w:val="center"/>
        <w:rPr>
          <w:rFonts w:ascii="Aptos Narrow" w:eastAsia="Times New Roman" w:hAnsi="Aptos Narrow" w:cs="Times New Roman"/>
          <w:b/>
          <w:bCs/>
          <w:color w:val="002060"/>
          <w:sz w:val="16"/>
          <w:szCs w:val="16"/>
        </w:rPr>
      </w:pPr>
      <w:r w:rsidRPr="00147E82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MLU-1.</w:t>
      </w:r>
      <w:r w:rsidR="00D57C8D" w:rsidRPr="00147E82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2</w:t>
      </w:r>
      <w:r w:rsidRPr="00147E82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 —</w:t>
      </w:r>
      <w:r w:rsidRPr="00147E82">
        <w:rPr>
          <w:color w:val="17365D" w:themeColor="text2" w:themeShade="BF"/>
        </w:rPr>
        <w:t xml:space="preserve"> </w:t>
      </w:r>
      <w:r w:rsidR="00D57C8D" w:rsidRPr="00D57C8D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Faith in Angels, Faith in Prophets, Faith in Books</w:t>
      </w:r>
    </w:p>
    <w:p w14:paraId="213AE86F" w14:textId="09750D87" w:rsidR="00112B73" w:rsidRDefault="00112B73">
      <w:pPr>
        <w:pStyle w:val="Title"/>
        <w:spacing w:after="60"/>
        <w:jc w:val="center"/>
      </w:pPr>
      <w:bookmarkStart w:id="0" w:name="_GoBack"/>
      <w:bookmarkEnd w:id="0"/>
    </w:p>
    <w:p w14:paraId="1CEFE8AB" w14:textId="255474B6" w:rsidR="008708FA" w:rsidRDefault="008708FA" w:rsidP="008708FA">
      <w:pPr>
        <w:spacing w:after="8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3308">
        <w:rPr>
          <w:rFonts w:ascii="Times New Roman" w:hAnsi="Times New Roman" w:cs="Times New Roman"/>
          <w:b/>
          <w:sz w:val="28"/>
          <w:szCs w:val="28"/>
        </w:rPr>
        <w:t>Takeaway Points from the MLU</w:t>
      </w:r>
    </w:p>
    <w:p w14:paraId="19B7AE32" w14:textId="77777777" w:rsidR="00147E82" w:rsidRDefault="00147E82" w:rsidP="008708FA">
      <w:pPr>
        <w:spacing w:after="8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00F8C96" w14:textId="77777777" w:rsidR="00147E82" w:rsidRPr="00147E82" w:rsidRDefault="00147E82" w:rsidP="00147E82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147E82">
        <w:rPr>
          <w:color w:val="0D0D0D"/>
        </w:rPr>
        <w:t>Belief in Angels is the second article of faith. Angels are creations of Allah who always obey His commands and never share in His divinity.</w:t>
      </w:r>
    </w:p>
    <w:p w14:paraId="0F912804" w14:textId="77777777" w:rsidR="00147E82" w:rsidRPr="00147E82" w:rsidRDefault="00147E82" w:rsidP="00147E82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147E82">
        <w:rPr>
          <w:color w:val="0D0D0D"/>
        </w:rPr>
        <w:t>Angels have different duties, including bringing revelation, recording human deeds, taking souls at death, guarding people, and carrying out Allah’s commands.</w:t>
      </w:r>
    </w:p>
    <w:p w14:paraId="4EB8ECE8" w14:textId="77777777" w:rsidR="00147E82" w:rsidRPr="00147E82" w:rsidRDefault="00147E82" w:rsidP="00147E82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147E82">
        <w:rPr>
          <w:color w:val="0D0D0D"/>
        </w:rPr>
        <w:t xml:space="preserve">Belief in the Books of Allah is the third article of faith. Muslims believe that Allah revealed books to His Prophets, including the Torah, </w:t>
      </w:r>
      <w:proofErr w:type="spellStart"/>
      <w:r w:rsidRPr="00147E82">
        <w:rPr>
          <w:color w:val="0D0D0D"/>
        </w:rPr>
        <w:t>Zabur</w:t>
      </w:r>
      <w:proofErr w:type="spellEnd"/>
      <w:r w:rsidRPr="00147E82">
        <w:rPr>
          <w:color w:val="0D0D0D"/>
        </w:rPr>
        <w:t xml:space="preserve">, </w:t>
      </w:r>
      <w:proofErr w:type="spellStart"/>
      <w:r w:rsidRPr="00147E82">
        <w:rPr>
          <w:color w:val="0D0D0D"/>
        </w:rPr>
        <w:t>Injil</w:t>
      </w:r>
      <w:proofErr w:type="spellEnd"/>
      <w:r w:rsidRPr="00147E82">
        <w:rPr>
          <w:color w:val="0D0D0D"/>
        </w:rPr>
        <w:t>, and finally the Qur’an.</w:t>
      </w:r>
    </w:p>
    <w:p w14:paraId="276556C0" w14:textId="77777777" w:rsidR="00147E82" w:rsidRPr="00147E82" w:rsidRDefault="00147E82" w:rsidP="00147E82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147E82">
        <w:rPr>
          <w:color w:val="0D0D0D"/>
        </w:rPr>
        <w:t>The Qur’an is the final Divine Book, revealed to Prophet Muhammad (PBUH), and Muslims believe it has been preserved in its original form and is a complete guidance for all humanity.</w:t>
      </w:r>
    </w:p>
    <w:p w14:paraId="75BDCEC0" w14:textId="77777777" w:rsidR="00147E82" w:rsidRPr="00147E82" w:rsidRDefault="00147E82" w:rsidP="00147E82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147E82">
        <w:rPr>
          <w:color w:val="0D0D0D"/>
        </w:rPr>
        <w:t>Muslims must believe in all the Prophets of Allah. Prophet Muhammad (PBUH) is the final Prophet, and his message is universal for all people and all times.</w:t>
      </w:r>
    </w:p>
    <w:p w14:paraId="0DB19523" w14:textId="77777777" w:rsidR="00147E82" w:rsidRPr="00147E82" w:rsidRDefault="00147E82" w:rsidP="00147E82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147E82">
        <w:rPr>
          <w:color w:val="0D0D0D"/>
        </w:rPr>
        <w:t>Prophet Muhammad (PBUH) brought the complete and final guidance of Islam. His teachings and example have been preserved, so there is no need for another Prophet.</w:t>
      </w:r>
    </w:p>
    <w:p w14:paraId="70B31D14" w14:textId="77777777" w:rsidR="00147E82" w:rsidRPr="00147E82" w:rsidRDefault="00147E82" w:rsidP="00147E82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147E82">
        <w:rPr>
          <w:color w:val="0D0D0D"/>
        </w:rPr>
        <w:t>Faith in Allah’s Angels, Books, and Prophets strengthens a Muslim’s belief in Allah and helps them follow His guidance correctly.</w:t>
      </w:r>
    </w:p>
    <w:p w14:paraId="36A2847D" w14:textId="77777777" w:rsidR="00147E82" w:rsidRDefault="00147E82" w:rsidP="008708FA">
      <w:pPr>
        <w:spacing w:after="8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AA75C65" w14:textId="3ABDA497" w:rsidR="00112B73" w:rsidRPr="003C3E27" w:rsidRDefault="00112B73" w:rsidP="00D57C8D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sectPr w:rsidR="00112B73" w:rsidRPr="003C3E27" w:rsidSect="00034616">
      <w:footerReference w:type="default" r:id="rId8"/>
      <w:pgSz w:w="12240" w:h="15840"/>
      <w:pgMar w:top="648" w:right="864" w:bottom="648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38A3E1" w14:textId="77777777" w:rsidR="003F1C2F" w:rsidRDefault="003F1C2F">
      <w:pPr>
        <w:spacing w:after="0" w:line="240" w:lineRule="auto"/>
      </w:pPr>
      <w:r>
        <w:separator/>
      </w:r>
    </w:p>
  </w:endnote>
  <w:endnote w:type="continuationSeparator" w:id="0">
    <w:p w14:paraId="53BCC87D" w14:textId="77777777" w:rsidR="003F1C2F" w:rsidRDefault="003F1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ptos Narrow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86B15" w14:textId="44BEA51D" w:rsidR="00112B73" w:rsidRDefault="00AC1BE1">
    <w:pPr>
      <w:pStyle w:val="Footer"/>
      <w:jc w:val="center"/>
    </w:pPr>
    <w:proofErr w:type="gramStart"/>
    <w:r>
      <w:rPr>
        <w:i/>
        <w:sz w:val="14"/>
      </w:rPr>
      <w:t>HUM1</w:t>
    </w:r>
    <w:r w:rsidR="00D57DD9">
      <w:rPr>
        <w:i/>
        <w:sz w:val="14"/>
      </w:rPr>
      <w:t xml:space="preserve">12 </w:t>
    </w:r>
    <w:r>
      <w:rPr>
        <w:i/>
        <w:sz w:val="14"/>
      </w:rPr>
      <w:t xml:space="preserve"> </w:t>
    </w:r>
    <w:r w:rsidR="00D57DD9">
      <w:rPr>
        <w:i/>
        <w:sz w:val="14"/>
      </w:rPr>
      <w:t>Islamic</w:t>
    </w:r>
    <w:proofErr w:type="gramEnd"/>
    <w:r w:rsidR="00D57DD9">
      <w:rPr>
        <w:i/>
        <w:sz w:val="14"/>
      </w:rPr>
      <w:t xml:space="preserve"> Studies</w:t>
    </w:r>
    <w:r>
      <w:rPr>
        <w:i/>
        <w:sz w:val="14"/>
      </w:rPr>
      <w:t xml:space="preserve"> | MLU Summary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66DB71" w14:textId="77777777" w:rsidR="003F1C2F" w:rsidRDefault="003F1C2F">
      <w:pPr>
        <w:spacing w:after="0" w:line="240" w:lineRule="auto"/>
      </w:pPr>
      <w:r>
        <w:separator/>
      </w:r>
    </w:p>
  </w:footnote>
  <w:footnote w:type="continuationSeparator" w:id="0">
    <w:p w14:paraId="2F497EBF" w14:textId="77777777" w:rsidR="003F1C2F" w:rsidRDefault="003F1C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10839BD"/>
    <w:multiLevelType w:val="hybridMultilevel"/>
    <w:tmpl w:val="8FF8A7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413101"/>
    <w:multiLevelType w:val="multilevel"/>
    <w:tmpl w:val="5A283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6624"/>
    <w:rsid w:val="00112B73"/>
    <w:rsid w:val="00147E82"/>
    <w:rsid w:val="0015074B"/>
    <w:rsid w:val="0029639D"/>
    <w:rsid w:val="00326F90"/>
    <w:rsid w:val="003C3E27"/>
    <w:rsid w:val="003F1C2F"/>
    <w:rsid w:val="005233B1"/>
    <w:rsid w:val="005A074E"/>
    <w:rsid w:val="006D06A4"/>
    <w:rsid w:val="00771D80"/>
    <w:rsid w:val="007869BD"/>
    <w:rsid w:val="008708FA"/>
    <w:rsid w:val="00936BDA"/>
    <w:rsid w:val="009C0465"/>
    <w:rsid w:val="009F2A1B"/>
    <w:rsid w:val="00AA1D8D"/>
    <w:rsid w:val="00AC1BE1"/>
    <w:rsid w:val="00B47730"/>
    <w:rsid w:val="00B83B10"/>
    <w:rsid w:val="00CB0664"/>
    <w:rsid w:val="00D57C8D"/>
    <w:rsid w:val="00D57DD9"/>
    <w:rsid w:val="00F93B8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258B4"/>
  <w14:defaultImageDpi w14:val="300"/>
  <w15:docId w15:val="{1E8C5F3D-0E5D-4129-8A1D-026B40AA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eastAsia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q2pgselectionanchorcontainer">
    <w:name w:val="pdq2pg_selectionanchorcontainer"/>
    <w:basedOn w:val="Normal"/>
    <w:rsid w:val="00D57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47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7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0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4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44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370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7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E53D80-966D-4C19-AD83-E4D7A0524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sana</cp:lastModifiedBy>
  <cp:revision>3</cp:revision>
  <dcterms:created xsi:type="dcterms:W3CDTF">2026-08-24T07:34:00Z</dcterms:created>
  <dcterms:modified xsi:type="dcterms:W3CDTF">2026-08-24T07:36:00Z</dcterms:modified>
  <cp:category/>
</cp:coreProperties>
</file>