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MLU-10.2 — Specially Awarded Rights of Women in Islam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women’s rights and status in Islam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It covers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equality, education, inheritance, financial rights, and social participation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It also discusses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veil, prayer, family roles, and common misconceptions about women in Islam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bookmarkStart w:colFirst="0" w:colLast="0" w:name="_heading=h.jnc8smqftk3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MLO-10.2.1</w:t>
        <w:tab/>
        <w:tab/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 that Islam grants women equal rights to men while recognizing their distinct roles and individuality.</w:t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MLO-10.2.2</w:t>
        <w:tab/>
        <w:tab/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Describe how Islam holds both Adam and Eve equally responsible for the First Sin and rejects blaming women alone.</w:t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MLO-10.2.3</w:t>
        <w:tab/>
        <w:tab/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Compare the rights of women in Islam with those in the West according to her nature and explain common Western misconceptions about women’s status in Islam.</w:t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MLO-10.2.4</w:t>
        <w:tab/>
        <w:tab/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Outline women’s equality with men in Islam in terms of partnership, responsibilities, and spiritual reward.</w:t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MLO-10.2.5</w:t>
        <w:tab/>
        <w:tab/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Outline women’s rights in Islam regarding education, freedom of expression, and participation in public life.</w:t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MLO-10.2.6</w:t>
        <w:tab/>
        <w:tab/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 women’s rights to inheritance in Islam and the reasoning behind the prescribed shares.</w:t>
      </w:r>
    </w:p>
    <w:p w:rsidR="00000000" w:rsidDel="00000000" w:rsidP="00000000" w:rsidRDefault="00000000" w:rsidRPr="00000000" w14:paraId="00000010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MLO-10.2.7</w:t>
        <w:tab/>
        <w:tab/>
      </w:r>
    </w:p>
    <w:p w:rsidR="00000000" w:rsidDel="00000000" w:rsidP="00000000" w:rsidRDefault="00000000" w:rsidRPr="00000000" w14:paraId="00000011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Summarize women’s rights and privileges in Islam regarding witnessing, financial responsibilities, and family support.</w:t>
      </w:r>
    </w:p>
    <w:p w:rsidR="00000000" w:rsidDel="00000000" w:rsidP="00000000" w:rsidRDefault="00000000" w:rsidRPr="00000000" w14:paraId="00000012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MLO-10.2.8</w:t>
        <w:tab/>
        <w:tab/>
      </w:r>
    </w:p>
    <w:p w:rsidR="00000000" w:rsidDel="00000000" w:rsidP="00000000" w:rsidRDefault="00000000" w:rsidRPr="00000000" w14:paraId="00000013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Discuss the role of women in Islamic prayer, the purpose of the veil, and the Islamic perspective on men’s and women’s roles.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Gzpfvh1dUCyFD57pHBk6hd8r4Q==">CgMxLjAyDWguam5jOHNtcWZ0azM4AHIhMVRsZGhfUU5xQVBLUlJFNzg2bVJjdWY4RVJ1V2xGckpR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2026-08-24T05:58:00Z</dcterms:created>
  <dc:creator>python-docx</dc:creator>
</cp:coreProperties>
</file>