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MLU-11.1 — Arabia the Cradle of Islam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the geography, society, economy, politics, and religion of pre-Islamic Arabia. It covers Arab culture, tribal life, trade, social conditions, environment, and religious beliefs.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provides background for understanding the Arabian Peninsula before the rise of Islam.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MLO-11.1.1</w:t>
        <w:tab/>
        <w:tab/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 the key geographical features of the Arabian Peninsula.</w:t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MLO-11.1.2</w:t>
        <w:tab/>
        <w:tab/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 the history, intellect, poetry, daring nature, love of freedom, and tribal loyalty of Arabs, and the political divisions of the Arabian Peninsula in 1992.</w:t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MLO-11.1.3</w:t>
        <w:tab/>
        <w:tab/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 the key adaptations of Arabian vegetation and animals to desert conditions, and recognize the role of water and oil in shaping the region’s ecology and human settlement.</w:t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MLO-11.1.4</w:t>
        <w:tab/>
        <w:tab/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 the political and economic structures of pre-Islamic Arabia, including tribal authority, lawlessness, warfare, and trade practices.</w:t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MLO-11.1.5</w:t>
        <w:tab/>
        <w:tab/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 key social practices and educational conditions in pre-Islamic Arabia, including the status of women, common social vices, and the state of learning.</w:t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MLO-11.1.6</w:t>
        <w:tab/>
        <w:tab/>
      </w:r>
    </w:p>
    <w:p w:rsidR="00000000" w:rsidDel="00000000" w:rsidP="00000000" w:rsidRDefault="00000000" w:rsidRPr="00000000" w14:paraId="00000010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bookmarkStart w:colFirst="0" w:colLast="0" w:name="_heading=h.u7unm83yis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 the different religious beliefs and practices in pre-Islamic Arabia, including polytheism, monotheism, and other faiths present before Islam.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7jMwkbukiS7ArreUuN0gVob7+A==">CgMxLjAyDWgudTd1bm04M3lpc2Q4AHIhMTRsRV82TVZkX2ppdnpkVURuZWhzTm1HZ1Y3WXFWX0Jv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2026-08-24T06:04:00Z</dcterms:created>
  <dc:creator>python-docx</dc:creator>
</cp:coreProperties>
</file>