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5D07A358" w:rsidR="00112B73" w:rsidRPr="00711930" w:rsidRDefault="007E7211">
      <w:pPr>
        <w:pStyle w:val="Title"/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MLU-</w:t>
      </w:r>
      <w:r w:rsidR="0009320B">
        <w:rPr>
          <w:rFonts w:ascii="Times New Roman" w:hAnsi="Times New Roman" w:cs="Times New Roman"/>
        </w:rPr>
        <w:t>1</w:t>
      </w:r>
      <w:r w:rsidR="00D951CC">
        <w:rPr>
          <w:rFonts w:ascii="Times New Roman" w:hAnsi="Times New Roman" w:cs="Times New Roman"/>
        </w:rPr>
        <w:t>2</w:t>
      </w:r>
      <w:r w:rsidR="00524EF4" w:rsidRPr="00711930">
        <w:rPr>
          <w:rFonts w:ascii="Times New Roman" w:hAnsi="Times New Roman" w:cs="Times New Roman"/>
        </w:rPr>
        <w:t>.</w:t>
      </w:r>
      <w:r w:rsidR="00B83B10" w:rsidRPr="00711930">
        <w:rPr>
          <w:rFonts w:ascii="Times New Roman" w:hAnsi="Times New Roman" w:cs="Times New Roman"/>
        </w:rPr>
        <w:t>1</w:t>
      </w:r>
      <w:r w:rsidR="00524EF4" w:rsidRPr="00711930">
        <w:rPr>
          <w:rFonts w:ascii="Times New Roman" w:hAnsi="Times New Roman" w:cs="Times New Roman"/>
        </w:rPr>
        <w:t xml:space="preserve"> — </w:t>
      </w:r>
      <w:r w:rsidR="00DB1173">
        <w:rPr>
          <w:rFonts w:ascii="Times New Roman" w:hAnsi="Times New Roman" w:cs="Times New Roman"/>
        </w:rPr>
        <w:t xml:space="preserve">Early Life and </w:t>
      </w:r>
      <w:proofErr w:type="spellStart"/>
      <w:r w:rsidR="00DB1173">
        <w:rPr>
          <w:rFonts w:ascii="Times New Roman" w:hAnsi="Times New Roman" w:cs="Times New Roman"/>
        </w:rPr>
        <w:t>Prophethood</w:t>
      </w:r>
      <w:proofErr w:type="spellEnd"/>
      <w:r w:rsidR="00DB1173">
        <w:rPr>
          <w:rFonts w:ascii="Times New Roman" w:hAnsi="Times New Roman" w:cs="Times New Roman"/>
        </w:rPr>
        <w:t xml:space="preserve"> of Prophet </w:t>
      </w:r>
      <w:r w:rsidR="009857CD">
        <w:rPr>
          <w:rFonts w:ascii="Times New Roman" w:hAnsi="Times New Roman" w:cs="Times New Roman"/>
        </w:rPr>
        <w:t>Muhammad (</w:t>
      </w:r>
      <w:r w:rsidR="00DB1173">
        <w:rPr>
          <w:rFonts w:ascii="Times New Roman" w:hAnsi="Times New Roman" w:cs="Times New Roman"/>
        </w:rPr>
        <w:t>PBUH)</w:t>
      </w:r>
    </w:p>
    <w:p w14:paraId="2624CE3D" w14:textId="77777777" w:rsidR="0025479A" w:rsidRDefault="0025479A" w:rsidP="0025479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E4D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79AB87B9" w14:textId="77777777" w:rsidR="0025479A" w:rsidRPr="0025479A" w:rsidRDefault="0025479A" w:rsidP="0025479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5479A">
        <w:rPr>
          <w:color w:val="0D0D0D"/>
        </w:rPr>
        <w:t>Prophet Muhammad (PBUH) was born in 570/571 CE in Makkah, and his father Abdullah passed away before his birth.</w:t>
      </w:r>
    </w:p>
    <w:p w14:paraId="4482AC48" w14:textId="77777777" w:rsidR="0025479A" w:rsidRPr="0025479A" w:rsidRDefault="0025479A" w:rsidP="0025479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5479A">
        <w:rPr>
          <w:color w:val="0D0D0D"/>
        </w:rPr>
        <w:t xml:space="preserve">He spent his early childhood with </w:t>
      </w:r>
      <w:proofErr w:type="spellStart"/>
      <w:r w:rsidRPr="0025479A">
        <w:rPr>
          <w:color w:val="0D0D0D"/>
        </w:rPr>
        <w:t>Hazrat</w:t>
      </w:r>
      <w:proofErr w:type="spellEnd"/>
      <w:r w:rsidRPr="0025479A">
        <w:rPr>
          <w:color w:val="0D0D0D"/>
        </w:rPr>
        <w:t xml:space="preserve"> Halima (RA), lost his mother at age 6, and was later cared for by his grandfather and </w:t>
      </w:r>
      <w:proofErr w:type="gramStart"/>
      <w:r w:rsidRPr="0025479A">
        <w:rPr>
          <w:color w:val="0D0D0D"/>
        </w:rPr>
        <w:t>uncle</w:t>
      </w:r>
      <w:proofErr w:type="gramEnd"/>
      <w:r w:rsidRPr="0025479A">
        <w:rPr>
          <w:color w:val="0D0D0D"/>
        </w:rPr>
        <w:t xml:space="preserve"> Abu </w:t>
      </w:r>
      <w:proofErr w:type="spellStart"/>
      <w:r w:rsidRPr="0025479A">
        <w:rPr>
          <w:color w:val="0D0D0D"/>
        </w:rPr>
        <w:t>Talib</w:t>
      </w:r>
      <w:proofErr w:type="spellEnd"/>
      <w:r w:rsidRPr="0025479A">
        <w:rPr>
          <w:color w:val="0D0D0D"/>
        </w:rPr>
        <w:t>.</w:t>
      </w:r>
    </w:p>
    <w:p w14:paraId="64182B88" w14:textId="77777777" w:rsidR="0025479A" w:rsidRPr="0025479A" w:rsidRDefault="0025479A" w:rsidP="0025479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5479A">
        <w:rPr>
          <w:color w:val="0D0D0D"/>
        </w:rPr>
        <w:t>From a young age, he was known for being truthful, honest, kind and well-mannered. He was called As-</w:t>
      </w:r>
      <w:proofErr w:type="spellStart"/>
      <w:r w:rsidRPr="0025479A">
        <w:rPr>
          <w:color w:val="0D0D0D"/>
        </w:rPr>
        <w:t>Saadiq</w:t>
      </w:r>
      <w:proofErr w:type="spellEnd"/>
      <w:r w:rsidRPr="0025479A">
        <w:rPr>
          <w:color w:val="0D0D0D"/>
        </w:rPr>
        <w:t xml:space="preserve"> and Al-</w:t>
      </w:r>
      <w:proofErr w:type="spellStart"/>
      <w:r w:rsidRPr="0025479A">
        <w:rPr>
          <w:color w:val="0D0D0D"/>
        </w:rPr>
        <w:t>Ameen</w:t>
      </w:r>
      <w:proofErr w:type="spellEnd"/>
      <w:r w:rsidRPr="0025479A">
        <w:rPr>
          <w:color w:val="0D0D0D"/>
        </w:rPr>
        <w:t>.</w:t>
      </w:r>
    </w:p>
    <w:p w14:paraId="0E4AF765" w14:textId="77777777" w:rsidR="0025479A" w:rsidRPr="0025479A" w:rsidRDefault="0025479A" w:rsidP="0025479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5479A">
        <w:rPr>
          <w:color w:val="0D0D0D"/>
        </w:rPr>
        <w:t xml:space="preserve">At the age of 25, he married </w:t>
      </w:r>
      <w:proofErr w:type="spellStart"/>
      <w:r w:rsidRPr="0025479A">
        <w:rPr>
          <w:color w:val="0D0D0D"/>
        </w:rPr>
        <w:t>Hazrat</w:t>
      </w:r>
      <w:proofErr w:type="spellEnd"/>
      <w:r w:rsidRPr="0025479A">
        <w:rPr>
          <w:color w:val="0D0D0D"/>
        </w:rPr>
        <w:t xml:space="preserve"> Khadija (RA), who admired his honesty and excellent character.</w:t>
      </w:r>
    </w:p>
    <w:p w14:paraId="6D01A240" w14:textId="77777777" w:rsidR="0025479A" w:rsidRPr="0025479A" w:rsidRDefault="0025479A" w:rsidP="0025479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5479A">
        <w:rPr>
          <w:color w:val="0D0D0D"/>
        </w:rPr>
        <w:t xml:space="preserve">He helped solve the dispute among the tribes of Makkah during the rebuilding of the </w:t>
      </w:r>
      <w:proofErr w:type="spellStart"/>
      <w:r w:rsidRPr="0025479A">
        <w:rPr>
          <w:color w:val="0D0D0D"/>
        </w:rPr>
        <w:t>Ka'bah</w:t>
      </w:r>
      <w:proofErr w:type="spellEnd"/>
      <w:r w:rsidRPr="0025479A">
        <w:rPr>
          <w:color w:val="0D0D0D"/>
        </w:rPr>
        <w:t xml:space="preserve"> by wisely arranging the placement of the </w:t>
      </w:r>
      <w:proofErr w:type="spellStart"/>
      <w:r w:rsidRPr="0025479A">
        <w:rPr>
          <w:color w:val="0D0D0D"/>
        </w:rPr>
        <w:t>Hajre</w:t>
      </w:r>
      <w:proofErr w:type="spellEnd"/>
      <w:r w:rsidRPr="0025479A">
        <w:rPr>
          <w:color w:val="0D0D0D"/>
        </w:rPr>
        <w:t xml:space="preserve"> </w:t>
      </w:r>
      <w:proofErr w:type="spellStart"/>
      <w:r w:rsidRPr="0025479A">
        <w:rPr>
          <w:color w:val="0D0D0D"/>
        </w:rPr>
        <w:t>Aswad</w:t>
      </w:r>
      <w:proofErr w:type="spellEnd"/>
      <w:r w:rsidRPr="0025479A">
        <w:rPr>
          <w:color w:val="0D0D0D"/>
        </w:rPr>
        <w:t>.</w:t>
      </w:r>
    </w:p>
    <w:p w14:paraId="72BA52CE" w14:textId="77777777" w:rsidR="0025479A" w:rsidRPr="0025479A" w:rsidRDefault="0025479A" w:rsidP="0025479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5479A">
        <w:rPr>
          <w:color w:val="0D0D0D"/>
        </w:rPr>
        <w:t xml:space="preserve">Prophet Muhammad (PBUH) disliked idol worship and often went to the Cave of </w:t>
      </w:r>
      <w:proofErr w:type="spellStart"/>
      <w:r w:rsidRPr="0025479A">
        <w:rPr>
          <w:color w:val="0D0D0D"/>
        </w:rPr>
        <w:t>Hira</w:t>
      </w:r>
      <w:proofErr w:type="spellEnd"/>
      <w:r w:rsidRPr="0025479A">
        <w:rPr>
          <w:color w:val="0D0D0D"/>
        </w:rPr>
        <w:t xml:space="preserve"> for prayer, meditation and remembrance of Allah.</w:t>
      </w:r>
    </w:p>
    <w:p w14:paraId="710795DB" w14:textId="77777777" w:rsidR="0025479A" w:rsidRPr="0025479A" w:rsidRDefault="0025479A" w:rsidP="0025479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5479A">
        <w:rPr>
          <w:color w:val="0D0D0D"/>
        </w:rPr>
        <w:t xml:space="preserve">At the age of 40, he received the first revelation from Allah through Angel </w:t>
      </w:r>
      <w:proofErr w:type="spellStart"/>
      <w:r w:rsidRPr="0025479A">
        <w:rPr>
          <w:color w:val="0D0D0D"/>
        </w:rPr>
        <w:t>Jibreel</w:t>
      </w:r>
      <w:proofErr w:type="spellEnd"/>
      <w:r w:rsidRPr="0025479A">
        <w:rPr>
          <w:color w:val="0D0D0D"/>
        </w:rPr>
        <w:t xml:space="preserve"> (AS), marking the beginning of his </w:t>
      </w:r>
      <w:proofErr w:type="spellStart"/>
      <w:r w:rsidRPr="0025479A">
        <w:rPr>
          <w:color w:val="0D0D0D"/>
        </w:rPr>
        <w:t>Prophethood</w:t>
      </w:r>
      <w:proofErr w:type="spellEnd"/>
      <w:r w:rsidRPr="0025479A">
        <w:rPr>
          <w:color w:val="0D0D0D"/>
        </w:rPr>
        <w:t>.</w:t>
      </w:r>
    </w:p>
    <w:p w14:paraId="4B0CD77D" w14:textId="77777777" w:rsidR="0025479A" w:rsidRPr="0025479A" w:rsidRDefault="0025479A" w:rsidP="0025479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proofErr w:type="spellStart"/>
      <w:r w:rsidRPr="0025479A">
        <w:rPr>
          <w:color w:val="0D0D0D"/>
        </w:rPr>
        <w:t>Hazrat</w:t>
      </w:r>
      <w:proofErr w:type="spellEnd"/>
      <w:r w:rsidRPr="0025479A">
        <w:rPr>
          <w:color w:val="0D0D0D"/>
        </w:rPr>
        <w:t xml:space="preserve"> Khadija (RA), </w:t>
      </w:r>
      <w:proofErr w:type="spellStart"/>
      <w:r w:rsidRPr="0025479A">
        <w:rPr>
          <w:color w:val="0D0D0D"/>
        </w:rPr>
        <w:t>Hazrat</w:t>
      </w:r>
      <w:proofErr w:type="spellEnd"/>
      <w:r w:rsidRPr="0025479A">
        <w:rPr>
          <w:color w:val="0D0D0D"/>
        </w:rPr>
        <w:t xml:space="preserve"> Abu </w:t>
      </w:r>
      <w:proofErr w:type="spellStart"/>
      <w:r w:rsidRPr="0025479A">
        <w:rPr>
          <w:color w:val="0D0D0D"/>
        </w:rPr>
        <w:t>Bakr</w:t>
      </w:r>
      <w:proofErr w:type="spellEnd"/>
      <w:r w:rsidRPr="0025479A">
        <w:rPr>
          <w:color w:val="0D0D0D"/>
        </w:rPr>
        <w:t xml:space="preserve"> (RA), </w:t>
      </w:r>
      <w:proofErr w:type="spellStart"/>
      <w:r w:rsidRPr="0025479A">
        <w:rPr>
          <w:color w:val="0D0D0D"/>
        </w:rPr>
        <w:t>Hazrat</w:t>
      </w:r>
      <w:proofErr w:type="spellEnd"/>
      <w:r w:rsidRPr="0025479A">
        <w:rPr>
          <w:color w:val="0D0D0D"/>
        </w:rPr>
        <w:t xml:space="preserve"> Ali (RA), and </w:t>
      </w:r>
      <w:proofErr w:type="spellStart"/>
      <w:r w:rsidRPr="0025479A">
        <w:rPr>
          <w:color w:val="0D0D0D"/>
        </w:rPr>
        <w:t>Hazrat</w:t>
      </w:r>
      <w:proofErr w:type="spellEnd"/>
      <w:r w:rsidRPr="0025479A">
        <w:rPr>
          <w:color w:val="0D0D0D"/>
        </w:rPr>
        <w:t xml:space="preserve"> Zaid (RA) were among the first people to accept Islam.</w:t>
      </w:r>
    </w:p>
    <w:p w14:paraId="46B3A3A9" w14:textId="77777777" w:rsidR="0025479A" w:rsidRPr="0025479A" w:rsidRDefault="0025479A" w:rsidP="0025479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5479A">
        <w:rPr>
          <w:color w:val="0D0D0D"/>
        </w:rPr>
        <w:t>He preached Islam with patienc</w:t>
      </w:r>
      <w:bookmarkStart w:id="0" w:name="_GoBack"/>
      <w:bookmarkEnd w:id="0"/>
      <w:r w:rsidRPr="0025479A">
        <w:rPr>
          <w:color w:val="0D0D0D"/>
        </w:rPr>
        <w:t>e despite persecution and opposition, teaching people to worship one Allah and live with justice, kindness and honesty.</w:t>
      </w:r>
    </w:p>
    <w:p w14:paraId="3AD1C419" w14:textId="271F74EE" w:rsidR="0009320B" w:rsidRPr="0025479A" w:rsidRDefault="0009320B" w:rsidP="0025479A">
      <w:pPr>
        <w:pStyle w:val="Heading2"/>
        <w:spacing w:before="40" w:after="1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sectPr w:rsidR="0009320B" w:rsidRPr="0025479A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AA326" w14:textId="77777777" w:rsidR="00590A4E" w:rsidRDefault="00590A4E">
      <w:pPr>
        <w:spacing w:after="0" w:line="240" w:lineRule="auto"/>
      </w:pPr>
      <w:r>
        <w:separator/>
      </w:r>
    </w:p>
  </w:endnote>
  <w:endnote w:type="continuationSeparator" w:id="0">
    <w:p w14:paraId="187FC241" w14:textId="77777777" w:rsidR="00590A4E" w:rsidRDefault="0059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A0823" w14:textId="77777777" w:rsidR="00590A4E" w:rsidRDefault="00590A4E">
      <w:pPr>
        <w:spacing w:after="0" w:line="240" w:lineRule="auto"/>
      </w:pPr>
      <w:r>
        <w:separator/>
      </w:r>
    </w:p>
  </w:footnote>
  <w:footnote w:type="continuationSeparator" w:id="0">
    <w:p w14:paraId="61031B37" w14:textId="77777777" w:rsidR="00590A4E" w:rsidRDefault="0059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D636AA0"/>
    <w:multiLevelType w:val="hybridMultilevel"/>
    <w:tmpl w:val="9CBE9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C12CA"/>
    <w:multiLevelType w:val="multilevel"/>
    <w:tmpl w:val="E59E7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09320B"/>
    <w:rsid w:val="00112B73"/>
    <w:rsid w:val="001459BF"/>
    <w:rsid w:val="0015074B"/>
    <w:rsid w:val="00170B6B"/>
    <w:rsid w:val="001B7052"/>
    <w:rsid w:val="0025479A"/>
    <w:rsid w:val="0029639D"/>
    <w:rsid w:val="00326F90"/>
    <w:rsid w:val="003C3E27"/>
    <w:rsid w:val="003D1508"/>
    <w:rsid w:val="004F25B4"/>
    <w:rsid w:val="005233B1"/>
    <w:rsid w:val="00524EF4"/>
    <w:rsid w:val="00540CE2"/>
    <w:rsid w:val="00590A4E"/>
    <w:rsid w:val="005A074E"/>
    <w:rsid w:val="005F35B2"/>
    <w:rsid w:val="006576D8"/>
    <w:rsid w:val="0066127B"/>
    <w:rsid w:val="006D06A4"/>
    <w:rsid w:val="00711930"/>
    <w:rsid w:val="00771D80"/>
    <w:rsid w:val="007869BD"/>
    <w:rsid w:val="007E7211"/>
    <w:rsid w:val="008E65F0"/>
    <w:rsid w:val="00936BDA"/>
    <w:rsid w:val="00982141"/>
    <w:rsid w:val="009857CD"/>
    <w:rsid w:val="009C0465"/>
    <w:rsid w:val="00A93134"/>
    <w:rsid w:val="00AA1D8D"/>
    <w:rsid w:val="00AF752F"/>
    <w:rsid w:val="00B316C0"/>
    <w:rsid w:val="00B47730"/>
    <w:rsid w:val="00B82D9A"/>
    <w:rsid w:val="00B83B10"/>
    <w:rsid w:val="00C705FA"/>
    <w:rsid w:val="00CB0664"/>
    <w:rsid w:val="00D951CC"/>
    <w:rsid w:val="00DB1173"/>
    <w:rsid w:val="00E63D6F"/>
    <w:rsid w:val="00F355E8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25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245C06-BD37-49BD-A8F2-F8E89836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2026-08-24T09:09:00Z</dcterms:created>
  <dcterms:modified xsi:type="dcterms:W3CDTF">2026-08-24T09:12:00Z</dcterms:modified>
  <cp:category/>
</cp:coreProperties>
</file>