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AE86F" w14:textId="1F230265" w:rsidR="00112B73" w:rsidRPr="00711930" w:rsidRDefault="007E7211">
      <w:pPr>
        <w:pStyle w:val="Title"/>
        <w:spacing w:after="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MLU-</w:t>
      </w:r>
      <w:r w:rsidR="0009320B">
        <w:rPr>
          <w:rFonts w:ascii="Times New Roman" w:hAnsi="Times New Roman" w:cs="Times New Roman"/>
        </w:rPr>
        <w:t>1</w:t>
      </w:r>
      <w:r w:rsidR="0074783B">
        <w:rPr>
          <w:rFonts w:ascii="Times New Roman" w:hAnsi="Times New Roman" w:cs="Times New Roman"/>
        </w:rPr>
        <w:t>3</w:t>
      </w:r>
      <w:r w:rsidR="00524EF4" w:rsidRPr="00711930">
        <w:rPr>
          <w:rFonts w:ascii="Times New Roman" w:hAnsi="Times New Roman" w:cs="Times New Roman"/>
        </w:rPr>
        <w:t>.</w:t>
      </w:r>
      <w:r w:rsidR="00B83B10" w:rsidRPr="00711930">
        <w:rPr>
          <w:rFonts w:ascii="Times New Roman" w:hAnsi="Times New Roman" w:cs="Times New Roman"/>
        </w:rPr>
        <w:t>1</w:t>
      </w:r>
      <w:r w:rsidR="00524EF4" w:rsidRPr="00711930">
        <w:rPr>
          <w:rFonts w:ascii="Times New Roman" w:hAnsi="Times New Roman" w:cs="Times New Roman"/>
        </w:rPr>
        <w:t xml:space="preserve"> — </w:t>
      </w:r>
      <w:r w:rsidR="0074783B" w:rsidRPr="0074783B">
        <w:rPr>
          <w:rFonts w:ascii="Times New Roman" w:hAnsi="Times New Roman" w:cs="Times New Roman"/>
        </w:rPr>
        <w:t>Major Battles and Milestones in the Li</w:t>
      </w:r>
      <w:r w:rsidR="0074783B">
        <w:rPr>
          <w:rFonts w:ascii="Times New Roman" w:hAnsi="Times New Roman" w:cs="Times New Roman"/>
        </w:rPr>
        <w:t xml:space="preserve">fe of Prophet Muhammad (PBUH): </w:t>
      </w:r>
      <w:proofErr w:type="spellStart"/>
      <w:r w:rsidR="0074783B">
        <w:rPr>
          <w:rFonts w:ascii="Times New Roman" w:hAnsi="Times New Roman" w:cs="Times New Roman"/>
        </w:rPr>
        <w:t>Madani</w:t>
      </w:r>
      <w:proofErr w:type="spellEnd"/>
      <w:r w:rsidR="0074783B">
        <w:rPr>
          <w:rFonts w:ascii="Times New Roman" w:hAnsi="Times New Roman" w:cs="Times New Roman"/>
        </w:rPr>
        <w:t xml:space="preserve"> Period</w:t>
      </w:r>
    </w:p>
    <w:p w14:paraId="2BD346B0" w14:textId="77777777" w:rsidR="005035F3" w:rsidRDefault="005035F3" w:rsidP="005035F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7E4D">
        <w:rPr>
          <w:rFonts w:ascii="Times New Roman" w:hAnsi="Times New Roman" w:cs="Times New Roman"/>
          <w:b/>
          <w:sz w:val="28"/>
          <w:szCs w:val="28"/>
        </w:rPr>
        <w:t>Takeaway Points from the MLU</w:t>
      </w:r>
    </w:p>
    <w:p w14:paraId="57BAA208" w14:textId="77777777" w:rsidR="005035F3" w:rsidRPr="005035F3" w:rsidRDefault="005035F3" w:rsidP="005035F3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5035F3">
        <w:rPr>
          <w:color w:val="0D0D0D"/>
        </w:rPr>
        <w:t xml:space="preserve">The </w:t>
      </w:r>
      <w:proofErr w:type="spellStart"/>
      <w:r w:rsidRPr="005035F3">
        <w:rPr>
          <w:color w:val="0D0D0D"/>
        </w:rPr>
        <w:t>Quraysh</w:t>
      </w:r>
      <w:proofErr w:type="spellEnd"/>
      <w:r w:rsidRPr="005035F3">
        <w:rPr>
          <w:color w:val="0D0D0D"/>
        </w:rPr>
        <w:t xml:space="preserve"> attacked </w:t>
      </w:r>
      <w:proofErr w:type="spellStart"/>
      <w:r w:rsidRPr="005035F3">
        <w:rPr>
          <w:color w:val="0D0D0D"/>
        </w:rPr>
        <w:t>Madinah</w:t>
      </w:r>
      <w:proofErr w:type="spellEnd"/>
      <w:r w:rsidRPr="005035F3">
        <w:rPr>
          <w:color w:val="0D0D0D"/>
        </w:rPr>
        <w:t xml:space="preserve"> with 3,000 soldiers. Muslims initially gained victory, but some archers left their positions against the Prophet's (PBUH) orders, allowing the enemy to attack from behind.</w:t>
      </w:r>
    </w:p>
    <w:p w14:paraId="2DE6E10D" w14:textId="77777777" w:rsidR="005035F3" w:rsidRPr="005035F3" w:rsidRDefault="005035F3" w:rsidP="005035F3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proofErr w:type="spellStart"/>
      <w:r w:rsidRPr="005035F3">
        <w:rPr>
          <w:color w:val="0D0D0D"/>
        </w:rPr>
        <w:t>Hazrat</w:t>
      </w:r>
      <w:proofErr w:type="spellEnd"/>
      <w:r w:rsidRPr="005035F3">
        <w:rPr>
          <w:color w:val="0D0D0D"/>
        </w:rPr>
        <w:t xml:space="preserve"> Hamza (RA), </w:t>
      </w:r>
      <w:proofErr w:type="spellStart"/>
      <w:r w:rsidRPr="005035F3">
        <w:rPr>
          <w:color w:val="0D0D0D"/>
        </w:rPr>
        <w:t>Hazrat</w:t>
      </w:r>
      <w:proofErr w:type="spellEnd"/>
      <w:r w:rsidRPr="005035F3">
        <w:rPr>
          <w:color w:val="0D0D0D"/>
        </w:rPr>
        <w:t xml:space="preserve"> </w:t>
      </w:r>
      <w:proofErr w:type="spellStart"/>
      <w:r w:rsidRPr="005035F3">
        <w:rPr>
          <w:color w:val="0D0D0D"/>
        </w:rPr>
        <w:t>Mus'ab</w:t>
      </w:r>
      <w:proofErr w:type="spellEnd"/>
      <w:r w:rsidRPr="005035F3">
        <w:rPr>
          <w:color w:val="0D0D0D"/>
        </w:rPr>
        <w:t xml:space="preserve"> bin </w:t>
      </w:r>
      <w:proofErr w:type="spellStart"/>
      <w:r w:rsidRPr="005035F3">
        <w:rPr>
          <w:color w:val="0D0D0D"/>
        </w:rPr>
        <w:t>Umair</w:t>
      </w:r>
      <w:proofErr w:type="spellEnd"/>
      <w:r w:rsidRPr="005035F3">
        <w:rPr>
          <w:color w:val="0D0D0D"/>
        </w:rPr>
        <w:t xml:space="preserve"> (RA), and many other Muslims were martyred. Prophet Muhammad (PBUH) was also injured but remained patient and steadfast.</w:t>
      </w:r>
    </w:p>
    <w:p w14:paraId="0D5488E4" w14:textId="77777777" w:rsidR="005035F3" w:rsidRPr="005035F3" w:rsidRDefault="005035F3" w:rsidP="005035F3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5035F3">
        <w:rPr>
          <w:color w:val="0D0D0D"/>
        </w:rPr>
        <w:t xml:space="preserve">Some Jewish tribes broke their agreements with the Muslims and supported enemies against </w:t>
      </w:r>
      <w:proofErr w:type="spellStart"/>
      <w:r w:rsidRPr="005035F3">
        <w:rPr>
          <w:color w:val="0D0D0D"/>
        </w:rPr>
        <w:t>Madinah</w:t>
      </w:r>
      <w:proofErr w:type="spellEnd"/>
      <w:r w:rsidRPr="005035F3">
        <w:rPr>
          <w:color w:val="0D0D0D"/>
        </w:rPr>
        <w:t xml:space="preserve">, leading to conflicts with </w:t>
      </w:r>
      <w:proofErr w:type="spellStart"/>
      <w:r w:rsidRPr="005035F3">
        <w:rPr>
          <w:color w:val="0D0D0D"/>
        </w:rPr>
        <w:t>Banu</w:t>
      </w:r>
      <w:proofErr w:type="spellEnd"/>
      <w:r w:rsidRPr="005035F3">
        <w:rPr>
          <w:color w:val="0D0D0D"/>
        </w:rPr>
        <w:t xml:space="preserve"> </w:t>
      </w:r>
      <w:proofErr w:type="spellStart"/>
      <w:r w:rsidRPr="005035F3">
        <w:rPr>
          <w:color w:val="0D0D0D"/>
        </w:rPr>
        <w:t>Qainuqah</w:t>
      </w:r>
      <w:proofErr w:type="spellEnd"/>
      <w:r w:rsidRPr="005035F3">
        <w:rPr>
          <w:color w:val="0D0D0D"/>
        </w:rPr>
        <w:t xml:space="preserve">, </w:t>
      </w:r>
      <w:proofErr w:type="spellStart"/>
      <w:r w:rsidRPr="005035F3">
        <w:rPr>
          <w:color w:val="0D0D0D"/>
        </w:rPr>
        <w:t>Banu</w:t>
      </w:r>
      <w:proofErr w:type="spellEnd"/>
      <w:r w:rsidRPr="005035F3">
        <w:rPr>
          <w:color w:val="0D0D0D"/>
        </w:rPr>
        <w:t xml:space="preserve"> </w:t>
      </w:r>
      <w:proofErr w:type="spellStart"/>
      <w:r w:rsidRPr="005035F3">
        <w:rPr>
          <w:color w:val="0D0D0D"/>
        </w:rPr>
        <w:t>Nadhir</w:t>
      </w:r>
      <w:proofErr w:type="spellEnd"/>
      <w:r w:rsidRPr="005035F3">
        <w:rPr>
          <w:color w:val="0D0D0D"/>
        </w:rPr>
        <w:t xml:space="preserve"> and </w:t>
      </w:r>
      <w:proofErr w:type="spellStart"/>
      <w:r w:rsidRPr="005035F3">
        <w:rPr>
          <w:color w:val="0D0D0D"/>
        </w:rPr>
        <w:t>Banu</w:t>
      </w:r>
      <w:proofErr w:type="spellEnd"/>
      <w:r w:rsidRPr="005035F3">
        <w:rPr>
          <w:color w:val="0D0D0D"/>
        </w:rPr>
        <w:t xml:space="preserve"> </w:t>
      </w:r>
      <w:proofErr w:type="spellStart"/>
      <w:r w:rsidRPr="005035F3">
        <w:rPr>
          <w:color w:val="0D0D0D"/>
        </w:rPr>
        <w:t>Quraizah</w:t>
      </w:r>
      <w:proofErr w:type="spellEnd"/>
      <w:r w:rsidRPr="005035F3">
        <w:rPr>
          <w:color w:val="0D0D0D"/>
        </w:rPr>
        <w:t>.</w:t>
      </w:r>
    </w:p>
    <w:p w14:paraId="48BA25EC" w14:textId="6CCFFA03" w:rsidR="005035F3" w:rsidRPr="007F50EF" w:rsidRDefault="005035F3" w:rsidP="007F50EF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5035F3">
        <w:rPr>
          <w:color w:val="0D0D0D"/>
        </w:rPr>
        <w:t xml:space="preserve">A large army of about 10,000 enemies marched towards </w:t>
      </w:r>
      <w:proofErr w:type="spellStart"/>
      <w:r w:rsidRPr="005035F3">
        <w:rPr>
          <w:color w:val="0D0D0D"/>
        </w:rPr>
        <w:t>Madinah</w:t>
      </w:r>
      <w:proofErr w:type="spellEnd"/>
      <w:r w:rsidRPr="005035F3">
        <w:rPr>
          <w:color w:val="0D0D0D"/>
        </w:rPr>
        <w:t xml:space="preserve">. On </w:t>
      </w:r>
      <w:proofErr w:type="spellStart"/>
      <w:r w:rsidRPr="005035F3">
        <w:rPr>
          <w:color w:val="0D0D0D"/>
        </w:rPr>
        <w:t>Hazrat</w:t>
      </w:r>
      <w:proofErr w:type="spellEnd"/>
      <w:r w:rsidRPr="005035F3">
        <w:rPr>
          <w:color w:val="0D0D0D"/>
        </w:rPr>
        <w:t xml:space="preserve"> Salman Farsi's (RA) advice, Muslims dug a trench around the open side of the city.</w:t>
      </w:r>
      <w:r w:rsidR="007F50EF">
        <w:rPr>
          <w:color w:val="0D0D0D"/>
        </w:rPr>
        <w:t xml:space="preserve"> </w:t>
      </w:r>
      <w:bookmarkStart w:id="0" w:name="_GoBack"/>
      <w:bookmarkEnd w:id="0"/>
      <w:r w:rsidRPr="007F50EF">
        <w:rPr>
          <w:color w:val="0D0D0D"/>
        </w:rPr>
        <w:t>The enemy could not cross the trench and remained in a 27-day siege. A severe storm eventually forced them to retreat.</w:t>
      </w:r>
    </w:p>
    <w:p w14:paraId="284D9997" w14:textId="77777777" w:rsidR="005035F3" w:rsidRPr="005035F3" w:rsidRDefault="005035F3" w:rsidP="005035F3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5035F3">
        <w:rPr>
          <w:color w:val="0D0D0D"/>
        </w:rPr>
        <w:t xml:space="preserve">Prophet Muhammad (PBUH) and 1,400 Muslims went to Makkah for </w:t>
      </w:r>
      <w:proofErr w:type="spellStart"/>
      <w:r w:rsidRPr="005035F3">
        <w:rPr>
          <w:color w:val="0D0D0D"/>
        </w:rPr>
        <w:t>Umrah</w:t>
      </w:r>
      <w:proofErr w:type="spellEnd"/>
      <w:r w:rsidRPr="005035F3">
        <w:rPr>
          <w:color w:val="0D0D0D"/>
        </w:rPr>
        <w:t xml:space="preserve"> but were stopped at </w:t>
      </w:r>
      <w:proofErr w:type="spellStart"/>
      <w:r w:rsidRPr="005035F3">
        <w:rPr>
          <w:color w:val="0D0D0D"/>
        </w:rPr>
        <w:t>Hudaybiyyah</w:t>
      </w:r>
      <w:proofErr w:type="spellEnd"/>
      <w:r w:rsidRPr="005035F3">
        <w:rPr>
          <w:color w:val="0D0D0D"/>
        </w:rPr>
        <w:t xml:space="preserve">. A ten-year peace treaty was made with the </w:t>
      </w:r>
      <w:proofErr w:type="spellStart"/>
      <w:r w:rsidRPr="005035F3">
        <w:rPr>
          <w:color w:val="0D0D0D"/>
        </w:rPr>
        <w:t>Quraysh</w:t>
      </w:r>
      <w:proofErr w:type="spellEnd"/>
      <w:r w:rsidRPr="005035F3">
        <w:rPr>
          <w:color w:val="0D0D0D"/>
        </w:rPr>
        <w:t>.</w:t>
      </w:r>
    </w:p>
    <w:p w14:paraId="4409FAF0" w14:textId="77777777" w:rsidR="005035F3" w:rsidRPr="005035F3" w:rsidRDefault="005035F3" w:rsidP="005035F3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5035F3">
        <w:rPr>
          <w:color w:val="0D0D0D"/>
        </w:rPr>
        <w:t xml:space="preserve">Prophet Muhammad (PBUH) sent letters inviting rulers of </w:t>
      </w:r>
      <w:proofErr w:type="spellStart"/>
      <w:r w:rsidRPr="005035F3">
        <w:rPr>
          <w:color w:val="0D0D0D"/>
        </w:rPr>
        <w:t>neighbouring</w:t>
      </w:r>
      <w:proofErr w:type="spellEnd"/>
      <w:r w:rsidRPr="005035F3">
        <w:rPr>
          <w:color w:val="0D0D0D"/>
        </w:rPr>
        <w:t xml:space="preserve"> countries to Islam, showing that his message was for all mankind.</w:t>
      </w:r>
    </w:p>
    <w:p w14:paraId="4DECB529" w14:textId="77777777" w:rsidR="005035F3" w:rsidRPr="005035F3" w:rsidRDefault="005035F3" w:rsidP="005035F3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5035F3">
        <w:rPr>
          <w:color w:val="0D0D0D"/>
        </w:rPr>
        <w:t xml:space="preserve">Muslims captured the strong forts of </w:t>
      </w:r>
      <w:proofErr w:type="spellStart"/>
      <w:r w:rsidRPr="005035F3">
        <w:rPr>
          <w:color w:val="0D0D0D"/>
        </w:rPr>
        <w:t>Khaibar</w:t>
      </w:r>
      <w:proofErr w:type="spellEnd"/>
      <w:r w:rsidRPr="005035F3">
        <w:rPr>
          <w:color w:val="0D0D0D"/>
        </w:rPr>
        <w:t xml:space="preserve">. At </w:t>
      </w:r>
      <w:proofErr w:type="spellStart"/>
      <w:r w:rsidRPr="005035F3">
        <w:rPr>
          <w:color w:val="0D0D0D"/>
        </w:rPr>
        <w:t>Mu'tah</w:t>
      </w:r>
      <w:proofErr w:type="spellEnd"/>
      <w:r w:rsidRPr="005035F3">
        <w:rPr>
          <w:color w:val="0D0D0D"/>
        </w:rPr>
        <w:t xml:space="preserve">, </w:t>
      </w:r>
      <w:proofErr w:type="spellStart"/>
      <w:r w:rsidRPr="005035F3">
        <w:rPr>
          <w:color w:val="0D0D0D"/>
        </w:rPr>
        <w:t>Hazrat</w:t>
      </w:r>
      <w:proofErr w:type="spellEnd"/>
      <w:r w:rsidRPr="005035F3">
        <w:rPr>
          <w:color w:val="0D0D0D"/>
        </w:rPr>
        <w:t xml:space="preserve"> Zaid bin </w:t>
      </w:r>
      <w:proofErr w:type="spellStart"/>
      <w:r w:rsidRPr="005035F3">
        <w:rPr>
          <w:color w:val="0D0D0D"/>
        </w:rPr>
        <w:t>Harithah</w:t>
      </w:r>
      <w:proofErr w:type="spellEnd"/>
      <w:r w:rsidRPr="005035F3">
        <w:rPr>
          <w:color w:val="0D0D0D"/>
        </w:rPr>
        <w:t xml:space="preserve"> (RA), </w:t>
      </w:r>
      <w:proofErr w:type="spellStart"/>
      <w:r w:rsidRPr="005035F3">
        <w:rPr>
          <w:color w:val="0D0D0D"/>
        </w:rPr>
        <w:t>Hazrat</w:t>
      </w:r>
      <w:proofErr w:type="spellEnd"/>
      <w:r w:rsidRPr="005035F3">
        <w:rPr>
          <w:color w:val="0D0D0D"/>
        </w:rPr>
        <w:t xml:space="preserve"> </w:t>
      </w:r>
      <w:proofErr w:type="spellStart"/>
      <w:r w:rsidRPr="005035F3">
        <w:rPr>
          <w:color w:val="0D0D0D"/>
        </w:rPr>
        <w:t>Ja'far</w:t>
      </w:r>
      <w:proofErr w:type="spellEnd"/>
      <w:r w:rsidRPr="005035F3">
        <w:rPr>
          <w:color w:val="0D0D0D"/>
        </w:rPr>
        <w:t xml:space="preserve"> (RA), and </w:t>
      </w:r>
      <w:proofErr w:type="spellStart"/>
      <w:r w:rsidRPr="005035F3">
        <w:rPr>
          <w:color w:val="0D0D0D"/>
        </w:rPr>
        <w:t>Hazrat</w:t>
      </w:r>
      <w:proofErr w:type="spellEnd"/>
      <w:r w:rsidRPr="005035F3">
        <w:rPr>
          <w:color w:val="0D0D0D"/>
        </w:rPr>
        <w:t xml:space="preserve"> Abdullah bin </w:t>
      </w:r>
      <w:proofErr w:type="spellStart"/>
      <w:r w:rsidRPr="005035F3">
        <w:rPr>
          <w:color w:val="0D0D0D"/>
        </w:rPr>
        <w:t>Rawahah</w:t>
      </w:r>
      <w:proofErr w:type="spellEnd"/>
      <w:r w:rsidRPr="005035F3">
        <w:rPr>
          <w:color w:val="0D0D0D"/>
        </w:rPr>
        <w:t xml:space="preserve"> (RA) were martyred, after which </w:t>
      </w:r>
      <w:proofErr w:type="spellStart"/>
      <w:r w:rsidRPr="005035F3">
        <w:rPr>
          <w:color w:val="0D0D0D"/>
        </w:rPr>
        <w:t>Hazrat</w:t>
      </w:r>
      <w:proofErr w:type="spellEnd"/>
      <w:r w:rsidRPr="005035F3">
        <w:rPr>
          <w:color w:val="0D0D0D"/>
        </w:rPr>
        <w:t xml:space="preserve"> Khalid bin </w:t>
      </w:r>
      <w:proofErr w:type="spellStart"/>
      <w:r w:rsidRPr="005035F3">
        <w:rPr>
          <w:color w:val="0D0D0D"/>
        </w:rPr>
        <w:t>Waleed</w:t>
      </w:r>
      <w:proofErr w:type="spellEnd"/>
      <w:r w:rsidRPr="005035F3">
        <w:rPr>
          <w:color w:val="0D0D0D"/>
        </w:rPr>
        <w:t xml:space="preserve"> (RA) led the army safely back.</w:t>
      </w:r>
    </w:p>
    <w:p w14:paraId="0CEEB5EC" w14:textId="77777777" w:rsidR="005035F3" w:rsidRPr="005035F3" w:rsidRDefault="005035F3" w:rsidP="005035F3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5035F3">
        <w:rPr>
          <w:color w:val="0D0D0D"/>
        </w:rPr>
        <w:t xml:space="preserve">The </w:t>
      </w:r>
      <w:proofErr w:type="spellStart"/>
      <w:r w:rsidRPr="005035F3">
        <w:rPr>
          <w:color w:val="0D0D0D"/>
        </w:rPr>
        <w:t>Madani</w:t>
      </w:r>
      <w:proofErr w:type="spellEnd"/>
      <w:r w:rsidRPr="005035F3">
        <w:rPr>
          <w:color w:val="0D0D0D"/>
        </w:rPr>
        <w:t xml:space="preserve"> period teaches obedience, patience, courage, sacrifice, consultation, wise leadership, keeping agreements, and spreading Islam peacefully.</w:t>
      </w:r>
    </w:p>
    <w:p w14:paraId="3AD1C419" w14:textId="74514B5D" w:rsidR="0009320B" w:rsidRPr="009A3A83" w:rsidRDefault="0009320B" w:rsidP="009A3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9320B" w:rsidRPr="009A3A83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79556" w14:textId="77777777" w:rsidR="00200E6A" w:rsidRDefault="00200E6A">
      <w:pPr>
        <w:spacing w:after="0" w:line="240" w:lineRule="auto"/>
      </w:pPr>
      <w:r>
        <w:separator/>
      </w:r>
    </w:p>
  </w:endnote>
  <w:endnote w:type="continuationSeparator" w:id="0">
    <w:p w14:paraId="68C6EE1C" w14:textId="77777777" w:rsidR="00200E6A" w:rsidRDefault="00200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4F43EFD9" w:rsidR="00112B73" w:rsidRDefault="00B82D9A">
    <w:pPr>
      <w:pStyle w:val="Footer"/>
      <w:jc w:val="center"/>
    </w:pPr>
    <w:r>
      <w:rPr>
        <w:i/>
        <w:sz w:val="14"/>
      </w:rPr>
      <w:t>HUM112 Islamic Studies |</w:t>
    </w:r>
    <w:r w:rsidR="00524EF4">
      <w:rPr>
        <w:i/>
        <w:sz w:val="14"/>
      </w:rPr>
      <w:t xml:space="preserve"> MLU Summary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7EF36C" w14:textId="77777777" w:rsidR="00200E6A" w:rsidRDefault="00200E6A">
      <w:pPr>
        <w:spacing w:after="0" w:line="240" w:lineRule="auto"/>
      </w:pPr>
      <w:r>
        <w:separator/>
      </w:r>
    </w:p>
  </w:footnote>
  <w:footnote w:type="continuationSeparator" w:id="0">
    <w:p w14:paraId="27709852" w14:textId="77777777" w:rsidR="00200E6A" w:rsidRDefault="00200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CA45BF9"/>
    <w:multiLevelType w:val="hybridMultilevel"/>
    <w:tmpl w:val="4F56ED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8A0F02"/>
    <w:multiLevelType w:val="multilevel"/>
    <w:tmpl w:val="DFBAA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C50C12"/>
    <w:multiLevelType w:val="hybridMultilevel"/>
    <w:tmpl w:val="89109F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6624"/>
    <w:rsid w:val="0008246C"/>
    <w:rsid w:val="0009320B"/>
    <w:rsid w:val="00112B73"/>
    <w:rsid w:val="001459BF"/>
    <w:rsid w:val="0015074B"/>
    <w:rsid w:val="00170B6B"/>
    <w:rsid w:val="001B7052"/>
    <w:rsid w:val="00200E6A"/>
    <w:rsid w:val="0029639D"/>
    <w:rsid w:val="00326F90"/>
    <w:rsid w:val="003C3E27"/>
    <w:rsid w:val="003D1508"/>
    <w:rsid w:val="003E4DDA"/>
    <w:rsid w:val="004F25B4"/>
    <w:rsid w:val="005035F3"/>
    <w:rsid w:val="005233B1"/>
    <w:rsid w:val="00524EF4"/>
    <w:rsid w:val="00540CE2"/>
    <w:rsid w:val="005A074E"/>
    <w:rsid w:val="005F35B2"/>
    <w:rsid w:val="006576D8"/>
    <w:rsid w:val="0066127B"/>
    <w:rsid w:val="006D06A4"/>
    <w:rsid w:val="00711930"/>
    <w:rsid w:val="0074783B"/>
    <w:rsid w:val="00771D80"/>
    <w:rsid w:val="007869BD"/>
    <w:rsid w:val="007E7211"/>
    <w:rsid w:val="007F50EF"/>
    <w:rsid w:val="008E65F0"/>
    <w:rsid w:val="00936BDA"/>
    <w:rsid w:val="00982141"/>
    <w:rsid w:val="009857CD"/>
    <w:rsid w:val="009A3A83"/>
    <w:rsid w:val="009C0465"/>
    <w:rsid w:val="00A93134"/>
    <w:rsid w:val="00AA1D8D"/>
    <w:rsid w:val="00AF752F"/>
    <w:rsid w:val="00B47730"/>
    <w:rsid w:val="00B82D9A"/>
    <w:rsid w:val="00B83B10"/>
    <w:rsid w:val="00C705FA"/>
    <w:rsid w:val="00CB0664"/>
    <w:rsid w:val="00D951CC"/>
    <w:rsid w:val="00DB1173"/>
    <w:rsid w:val="00E63D6F"/>
    <w:rsid w:val="00EA5BF6"/>
    <w:rsid w:val="00F355E8"/>
    <w:rsid w:val="00F4122F"/>
    <w:rsid w:val="00F510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50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8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1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67B7F8-81E1-400A-97C9-8772EEF05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1594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4</cp:revision>
  <dcterms:created xsi:type="dcterms:W3CDTF">2026-08-24T09:19:00Z</dcterms:created>
  <dcterms:modified xsi:type="dcterms:W3CDTF">2026-08-24T09:21:00Z</dcterms:modified>
  <cp:category/>
</cp:coreProperties>
</file>