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B8CA3" w14:textId="6F5F2CA4" w:rsidR="00462E26" w:rsidRPr="00462E26" w:rsidRDefault="007E7211" w:rsidP="00462E26">
      <w:pPr>
        <w:ind w:firstLineChars="100" w:firstLine="321"/>
        <w:jc w:val="center"/>
        <w:rPr>
          <w:rFonts w:ascii="Aptos Narrow" w:eastAsia="Times New Roman" w:hAnsi="Aptos Narrow" w:cs="Arial"/>
          <w:b/>
          <w:bCs/>
          <w:color w:val="002060"/>
          <w:sz w:val="16"/>
          <w:szCs w:val="16"/>
        </w:rPr>
      </w:pPr>
      <w:r w:rsidRPr="00530805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MLU-</w:t>
      </w:r>
      <w:r w:rsidR="0009320B" w:rsidRPr="00530805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1</w:t>
      </w:r>
      <w:r w:rsidR="00530805" w:rsidRPr="00530805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4</w:t>
      </w:r>
      <w:r w:rsidR="00524EF4" w:rsidRPr="00530805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.</w:t>
      </w:r>
      <w:r w:rsidR="00462E26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2</w:t>
      </w:r>
      <w:r w:rsidR="00524EF4" w:rsidRPr="00530805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 —</w:t>
      </w:r>
      <w:r w:rsidR="00524EF4" w:rsidRPr="00530805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 </w:t>
      </w:r>
      <w:r w:rsidR="00462E26" w:rsidRPr="00462E2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The Farewell Hajj (pilgrimage) &amp; The Last Sermon</w:t>
      </w:r>
    </w:p>
    <w:p w14:paraId="213AE86F" w14:textId="75B1460D" w:rsidR="00112B73" w:rsidRPr="00711930" w:rsidRDefault="00112B73" w:rsidP="00530805">
      <w:pPr>
        <w:pStyle w:val="Title"/>
        <w:spacing w:after="60"/>
        <w:rPr>
          <w:rFonts w:ascii="Times New Roman" w:hAnsi="Times New Roman" w:cs="Times New Roman"/>
        </w:rPr>
      </w:pPr>
    </w:p>
    <w:p w14:paraId="42A7B0CC" w14:textId="77777777" w:rsidR="00E16E3B" w:rsidRDefault="00E16E3B" w:rsidP="00E16E3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7E4D">
        <w:rPr>
          <w:rFonts w:ascii="Times New Roman" w:hAnsi="Times New Roman" w:cs="Times New Roman"/>
          <w:b/>
          <w:sz w:val="28"/>
          <w:szCs w:val="28"/>
        </w:rPr>
        <w:t>Takeaway Points from the MLU</w:t>
      </w:r>
    </w:p>
    <w:p w14:paraId="0A12B727" w14:textId="77777777" w:rsidR="00E16E3B" w:rsidRPr="00E16E3B" w:rsidRDefault="00E16E3B" w:rsidP="00E16E3B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E16E3B">
        <w:rPr>
          <w:color w:val="0D0D0D"/>
        </w:rPr>
        <w:t>Prophet Muhammad (PBUH) performed the Farewell Hajj in 10 A.H. with a large number of companions and delivered his Last Sermon at the plain of Arafat.</w:t>
      </w:r>
    </w:p>
    <w:p w14:paraId="0B090C0B" w14:textId="2A39C164" w:rsidR="00E16E3B" w:rsidRPr="00E16E3B" w:rsidRDefault="00E16E3B" w:rsidP="00E16E3B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E16E3B">
        <w:rPr>
          <w:color w:val="0D0D0D"/>
        </w:rPr>
        <w:t>He</w:t>
      </w:r>
      <w:r>
        <w:rPr>
          <w:color w:val="0D0D0D"/>
        </w:rPr>
        <w:t xml:space="preserve"> (PBUH)</w:t>
      </w:r>
      <w:r w:rsidRPr="00E16E3B">
        <w:rPr>
          <w:color w:val="0D0D0D"/>
        </w:rPr>
        <w:t xml:space="preserve"> declared that the life, property and </w:t>
      </w:r>
      <w:proofErr w:type="spellStart"/>
      <w:r w:rsidRPr="00E16E3B">
        <w:rPr>
          <w:color w:val="0D0D0D"/>
        </w:rPr>
        <w:t>honour</w:t>
      </w:r>
      <w:proofErr w:type="spellEnd"/>
      <w:r w:rsidRPr="00E16E3B">
        <w:rPr>
          <w:color w:val="0D0D0D"/>
        </w:rPr>
        <w:t xml:space="preserve"> of every Muslim are sacred and must be respected.</w:t>
      </w:r>
    </w:p>
    <w:p w14:paraId="751FB04D" w14:textId="47DFAF53" w:rsidR="00E16E3B" w:rsidRPr="00E16E3B" w:rsidRDefault="00E16E3B" w:rsidP="00E16E3B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E16E3B">
        <w:rPr>
          <w:color w:val="0D0D0D"/>
        </w:rPr>
        <w:t xml:space="preserve">He </w:t>
      </w:r>
      <w:r>
        <w:rPr>
          <w:color w:val="0D0D0D"/>
        </w:rPr>
        <w:t>(PBUH)</w:t>
      </w:r>
      <w:r w:rsidRPr="00E16E3B">
        <w:rPr>
          <w:color w:val="0D0D0D"/>
        </w:rPr>
        <w:t xml:space="preserve"> commanded Muslims to return trusts to their rightful owners and not to harm or wrong others.</w:t>
      </w:r>
    </w:p>
    <w:p w14:paraId="5BBB5D8D" w14:textId="6B55DF29" w:rsidR="00E16E3B" w:rsidRPr="00E16E3B" w:rsidRDefault="00E16E3B" w:rsidP="00E16E3B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E16E3B">
        <w:rPr>
          <w:color w:val="0D0D0D"/>
        </w:rPr>
        <w:t xml:space="preserve">He </w:t>
      </w:r>
      <w:r>
        <w:rPr>
          <w:color w:val="0D0D0D"/>
        </w:rPr>
        <w:t>(PBUH)</w:t>
      </w:r>
      <w:r w:rsidRPr="00E16E3B">
        <w:rPr>
          <w:color w:val="0D0D0D"/>
        </w:rPr>
        <w:t xml:space="preserve"> prohibited interest (usury) and instructed Muslims to deal with others fairly and justly.</w:t>
      </w:r>
    </w:p>
    <w:p w14:paraId="3E00D37F" w14:textId="585F2A32" w:rsidR="00E16E3B" w:rsidRPr="00E16E3B" w:rsidRDefault="00E16E3B" w:rsidP="00E16E3B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E16E3B">
        <w:rPr>
          <w:color w:val="0D0D0D"/>
        </w:rPr>
        <w:t xml:space="preserve">He </w:t>
      </w:r>
      <w:r>
        <w:rPr>
          <w:color w:val="0D0D0D"/>
        </w:rPr>
        <w:t>(PBUH)</w:t>
      </w:r>
      <w:r w:rsidRPr="00E16E3B">
        <w:rPr>
          <w:color w:val="0D0D0D"/>
        </w:rPr>
        <w:t xml:space="preserve"> emphasized the rights of women and commanded men to treat their wives with kindness and respect.</w:t>
      </w:r>
    </w:p>
    <w:p w14:paraId="40BE90D8" w14:textId="55E29535" w:rsidR="00E16E3B" w:rsidRPr="00E16E3B" w:rsidRDefault="00E16E3B" w:rsidP="00E16E3B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E16E3B">
        <w:rPr>
          <w:color w:val="0D0D0D"/>
        </w:rPr>
        <w:t xml:space="preserve">He </w:t>
      </w:r>
      <w:r>
        <w:rPr>
          <w:color w:val="0D0D0D"/>
        </w:rPr>
        <w:t>(PBUH)</w:t>
      </w:r>
      <w:r w:rsidRPr="00E16E3B">
        <w:rPr>
          <w:color w:val="0D0D0D"/>
        </w:rPr>
        <w:t xml:space="preserve"> reminded Muslims to worship Allah, offer five daily prayers, fast in Ramadan, give Zakat and perform Hajj if able.</w:t>
      </w:r>
    </w:p>
    <w:p w14:paraId="69C782E9" w14:textId="3F42BAC7" w:rsidR="00E16E3B" w:rsidRPr="00E16E3B" w:rsidRDefault="00E16E3B" w:rsidP="00E16E3B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E16E3B">
        <w:rPr>
          <w:color w:val="0D0D0D"/>
        </w:rPr>
        <w:t>He</w:t>
      </w:r>
      <w:r>
        <w:rPr>
          <w:color w:val="0D0D0D"/>
        </w:rPr>
        <w:t xml:space="preserve"> </w:t>
      </w:r>
      <w:r>
        <w:rPr>
          <w:color w:val="0D0D0D"/>
        </w:rPr>
        <w:t>(PBUH</w:t>
      </w:r>
      <w:r>
        <w:rPr>
          <w:color w:val="0D0D0D"/>
        </w:rPr>
        <w:t>)</w:t>
      </w:r>
      <w:r w:rsidRPr="00E16E3B">
        <w:rPr>
          <w:color w:val="0D0D0D"/>
        </w:rPr>
        <w:t xml:space="preserve"> taught</w:t>
      </w:r>
      <w:r w:rsidRPr="00E16E3B">
        <w:rPr>
          <w:color w:val="0D0D0D"/>
        </w:rPr>
        <w:t xml:space="preserve"> that all human beings are equal and that no Arab is superior to a non-Arab, or a white person to a black person, except through piety and good deeds.</w:t>
      </w:r>
    </w:p>
    <w:p w14:paraId="25F619AF" w14:textId="33A9F8B8" w:rsidR="00E16E3B" w:rsidRPr="00E16E3B" w:rsidRDefault="00E16E3B" w:rsidP="00E16E3B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E16E3B">
        <w:rPr>
          <w:color w:val="0D0D0D"/>
        </w:rPr>
        <w:t xml:space="preserve">He </w:t>
      </w:r>
      <w:r>
        <w:rPr>
          <w:color w:val="0D0D0D"/>
        </w:rPr>
        <w:t>(PBUH)</w:t>
      </w:r>
      <w:r w:rsidRPr="00E16E3B">
        <w:rPr>
          <w:color w:val="0D0D0D"/>
        </w:rPr>
        <w:t xml:space="preserve"> warned Muslims against Satan, injustice and wrongdoing, and reminded them that everyone will be accountable to Allah for their deeds.</w:t>
      </w:r>
    </w:p>
    <w:p w14:paraId="6D441DC5" w14:textId="7E0446E5" w:rsidR="00E16E3B" w:rsidRPr="00E16E3B" w:rsidRDefault="00E16E3B" w:rsidP="00E16E3B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E16E3B">
        <w:rPr>
          <w:color w:val="0D0D0D"/>
        </w:rPr>
        <w:t xml:space="preserve">He </w:t>
      </w:r>
      <w:r>
        <w:rPr>
          <w:color w:val="0D0D0D"/>
        </w:rPr>
        <w:t>(PBUH)</w:t>
      </w:r>
      <w:r w:rsidRPr="00E16E3B">
        <w:rPr>
          <w:color w:val="0D0D0D"/>
        </w:rPr>
        <w:t xml:space="preserve"> </w:t>
      </w:r>
      <w:bookmarkStart w:id="0" w:name="_GoBack"/>
      <w:bookmarkEnd w:id="0"/>
      <w:r w:rsidRPr="00E16E3B">
        <w:rPr>
          <w:color w:val="0D0D0D"/>
        </w:rPr>
        <w:t xml:space="preserve">declared that he was the final Prophet and advised Muslims to follow the Quran and </w:t>
      </w:r>
      <w:proofErr w:type="spellStart"/>
      <w:r w:rsidRPr="00E16E3B">
        <w:rPr>
          <w:color w:val="0D0D0D"/>
        </w:rPr>
        <w:t>Sunnah</w:t>
      </w:r>
      <w:proofErr w:type="spellEnd"/>
      <w:r w:rsidRPr="00E16E3B">
        <w:rPr>
          <w:color w:val="0D0D0D"/>
        </w:rPr>
        <w:t xml:space="preserve"> so that they would not go astray.</w:t>
      </w:r>
    </w:p>
    <w:p w14:paraId="3AD1C419" w14:textId="25E2EB63" w:rsidR="0009320B" w:rsidRPr="00462E26" w:rsidRDefault="0009320B" w:rsidP="00462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9320B" w:rsidRPr="00462E26" w:rsidSect="00034616">
      <w:footerReference w:type="default" r:id="rId8"/>
      <w:pgSz w:w="12240" w:h="15840"/>
      <w:pgMar w:top="648" w:right="864" w:bottom="648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AA2B05" w14:textId="77777777" w:rsidR="000F1382" w:rsidRDefault="000F1382">
      <w:pPr>
        <w:spacing w:after="0" w:line="240" w:lineRule="auto"/>
      </w:pPr>
      <w:r>
        <w:separator/>
      </w:r>
    </w:p>
  </w:endnote>
  <w:endnote w:type="continuationSeparator" w:id="0">
    <w:p w14:paraId="4B7EC365" w14:textId="77777777" w:rsidR="000F1382" w:rsidRDefault="000F1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ptos Narrow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86B15" w14:textId="4F43EFD9" w:rsidR="00112B73" w:rsidRDefault="00B82D9A">
    <w:pPr>
      <w:pStyle w:val="Footer"/>
      <w:jc w:val="center"/>
    </w:pPr>
    <w:r>
      <w:rPr>
        <w:i/>
        <w:sz w:val="14"/>
      </w:rPr>
      <w:t>HUM112 Islamic Studies |</w:t>
    </w:r>
    <w:r w:rsidR="00524EF4">
      <w:rPr>
        <w:i/>
        <w:sz w:val="14"/>
      </w:rPr>
      <w:t xml:space="preserve"> MLU Summary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4C7900" w14:textId="77777777" w:rsidR="000F1382" w:rsidRDefault="000F1382">
      <w:pPr>
        <w:spacing w:after="0" w:line="240" w:lineRule="auto"/>
      </w:pPr>
      <w:r>
        <w:separator/>
      </w:r>
    </w:p>
  </w:footnote>
  <w:footnote w:type="continuationSeparator" w:id="0">
    <w:p w14:paraId="472FD331" w14:textId="77777777" w:rsidR="000F1382" w:rsidRDefault="000F13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B751E38"/>
    <w:multiLevelType w:val="multilevel"/>
    <w:tmpl w:val="0DEEC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360035"/>
    <w:multiLevelType w:val="hybridMultilevel"/>
    <w:tmpl w:val="563C8C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46610"/>
    <w:rsid w:val="0006063C"/>
    <w:rsid w:val="00066624"/>
    <w:rsid w:val="0008246C"/>
    <w:rsid w:val="0009320B"/>
    <w:rsid w:val="000F1382"/>
    <w:rsid w:val="00112B73"/>
    <w:rsid w:val="001459BF"/>
    <w:rsid w:val="0015074B"/>
    <w:rsid w:val="00170B6B"/>
    <w:rsid w:val="001B7052"/>
    <w:rsid w:val="001D7098"/>
    <w:rsid w:val="0029639D"/>
    <w:rsid w:val="00326F90"/>
    <w:rsid w:val="003C3E27"/>
    <w:rsid w:val="003D1508"/>
    <w:rsid w:val="003E4DDA"/>
    <w:rsid w:val="00462E26"/>
    <w:rsid w:val="004F25B4"/>
    <w:rsid w:val="0050417F"/>
    <w:rsid w:val="005233B1"/>
    <w:rsid w:val="00524EF4"/>
    <w:rsid w:val="00530805"/>
    <w:rsid w:val="00540CE2"/>
    <w:rsid w:val="005A074E"/>
    <w:rsid w:val="005F35B2"/>
    <w:rsid w:val="006576D8"/>
    <w:rsid w:val="0066127B"/>
    <w:rsid w:val="006D06A4"/>
    <w:rsid w:val="00711930"/>
    <w:rsid w:val="0074783B"/>
    <w:rsid w:val="00771D80"/>
    <w:rsid w:val="007869BD"/>
    <w:rsid w:val="007E7211"/>
    <w:rsid w:val="008E65F0"/>
    <w:rsid w:val="00936BDA"/>
    <w:rsid w:val="00960AD0"/>
    <w:rsid w:val="00982141"/>
    <w:rsid w:val="009857CD"/>
    <w:rsid w:val="009A3A83"/>
    <w:rsid w:val="009C0465"/>
    <w:rsid w:val="00A93134"/>
    <w:rsid w:val="00AA1D8D"/>
    <w:rsid w:val="00AF752F"/>
    <w:rsid w:val="00B47730"/>
    <w:rsid w:val="00B82D9A"/>
    <w:rsid w:val="00B83B10"/>
    <w:rsid w:val="00C705FA"/>
    <w:rsid w:val="00CB0664"/>
    <w:rsid w:val="00D951CC"/>
    <w:rsid w:val="00DB1173"/>
    <w:rsid w:val="00E16E3B"/>
    <w:rsid w:val="00E63D6F"/>
    <w:rsid w:val="00F355E8"/>
    <w:rsid w:val="00F4122F"/>
    <w:rsid w:val="00F510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258B4"/>
  <w14:defaultImageDpi w14:val="300"/>
  <w15:docId w15:val="{1E8C5F3D-0E5D-4129-8A1D-026B40AA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eastAsia="Aptos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E16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CD829A-7240-439A-87CE-02D0EF81B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sana</cp:lastModifiedBy>
  <cp:revision>3</cp:revision>
  <dcterms:created xsi:type="dcterms:W3CDTF">2026-08-24T09:25:00Z</dcterms:created>
  <dcterms:modified xsi:type="dcterms:W3CDTF">2026-08-24T09:28:00Z</dcterms:modified>
  <cp:category/>
</cp:coreProperties>
</file>