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C56E1" w14:textId="6EBDAC95" w:rsidR="003E2993" w:rsidRPr="003E2993" w:rsidRDefault="007E7211" w:rsidP="003E2993">
      <w:pPr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002060"/>
          <w:sz w:val="16"/>
          <w:szCs w:val="16"/>
        </w:rPr>
      </w:pPr>
      <w:r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09320B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="003E2993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5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B83B10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—</w:t>
      </w:r>
      <w:r w:rsidR="00524EF4" w:rsidRPr="0053080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="003E2993" w:rsidRPr="003E299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Great Muslim Scientists and their Contributions to the fields of Science</w:t>
      </w:r>
    </w:p>
    <w:p w14:paraId="213AE86F" w14:textId="75B1460D" w:rsidR="00112B73" w:rsidRPr="00711930" w:rsidRDefault="00112B73" w:rsidP="00530805">
      <w:pPr>
        <w:pStyle w:val="Title"/>
        <w:spacing w:after="60"/>
        <w:rPr>
          <w:rFonts w:ascii="Times New Roman" w:hAnsi="Times New Roman" w:cs="Times New Roman"/>
        </w:rPr>
      </w:pPr>
    </w:p>
    <w:p w14:paraId="3A4C774C" w14:textId="77777777" w:rsidR="00946C54" w:rsidRDefault="00946C54" w:rsidP="00946C5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2C7451C2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946C54">
        <w:rPr>
          <w:color w:val="0D0D0D"/>
        </w:rPr>
        <w:t>Al-</w:t>
      </w:r>
      <w:proofErr w:type="spellStart"/>
      <w:r w:rsidRPr="00946C54">
        <w:rPr>
          <w:color w:val="0D0D0D"/>
        </w:rPr>
        <w:t>Razi</w:t>
      </w:r>
      <w:proofErr w:type="spellEnd"/>
      <w:r w:rsidRPr="00946C54">
        <w:rPr>
          <w:color w:val="0D0D0D"/>
        </w:rPr>
        <w:t xml:space="preserve"> was a famous Muslim physician, chemist, mathematician and philosopher who made major contributions to medicine and chemistry. He wrote Al-</w:t>
      </w:r>
      <w:proofErr w:type="spellStart"/>
      <w:r w:rsidRPr="00946C54">
        <w:rPr>
          <w:color w:val="0D0D0D"/>
        </w:rPr>
        <w:t>Hawi</w:t>
      </w:r>
      <w:proofErr w:type="spellEnd"/>
      <w:r w:rsidRPr="00946C54">
        <w:rPr>
          <w:color w:val="0D0D0D"/>
        </w:rPr>
        <w:t xml:space="preserve"> and </w:t>
      </w:r>
      <w:proofErr w:type="spellStart"/>
      <w:r w:rsidRPr="00946C54">
        <w:rPr>
          <w:color w:val="0D0D0D"/>
        </w:rPr>
        <w:t>Kitab</w:t>
      </w:r>
      <w:proofErr w:type="spellEnd"/>
      <w:r w:rsidRPr="00946C54">
        <w:rPr>
          <w:color w:val="0D0D0D"/>
        </w:rPr>
        <w:t xml:space="preserve"> al-</w:t>
      </w:r>
      <w:proofErr w:type="spellStart"/>
      <w:r w:rsidRPr="00946C54">
        <w:rPr>
          <w:color w:val="0D0D0D"/>
        </w:rPr>
        <w:t>Mansoori</w:t>
      </w:r>
      <w:proofErr w:type="spellEnd"/>
      <w:r w:rsidRPr="00946C54">
        <w:rPr>
          <w:color w:val="0D0D0D"/>
        </w:rPr>
        <w:t xml:space="preserve"> and was the first to clearly distinguish between smallpox and chickenpox.</w:t>
      </w:r>
    </w:p>
    <w:p w14:paraId="05714A55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946C54">
        <w:rPr>
          <w:color w:val="0D0D0D"/>
        </w:rPr>
        <w:t>Ibn</w:t>
      </w:r>
      <w:proofErr w:type="spellEnd"/>
      <w:r w:rsidRPr="00946C54">
        <w:rPr>
          <w:color w:val="0D0D0D"/>
        </w:rPr>
        <w:t xml:space="preserve"> </w:t>
      </w:r>
      <w:proofErr w:type="spellStart"/>
      <w:r w:rsidRPr="00946C54">
        <w:rPr>
          <w:color w:val="0D0D0D"/>
        </w:rPr>
        <w:t>Rushd</w:t>
      </w:r>
      <w:proofErr w:type="spellEnd"/>
      <w:r w:rsidRPr="00946C54">
        <w:rPr>
          <w:color w:val="0D0D0D"/>
        </w:rPr>
        <w:t xml:space="preserve"> was a great Muslim philosopher, physician and jurist from Cordova. He wrote important works on medicine, philosophy, astronomy and Islamic law, and his writings helped introduce Aristotle’s ideas to Europe.</w:t>
      </w:r>
    </w:p>
    <w:p w14:paraId="663D63F6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946C54">
        <w:rPr>
          <w:color w:val="0D0D0D"/>
        </w:rPr>
        <w:t>Ibn</w:t>
      </w:r>
      <w:proofErr w:type="spellEnd"/>
      <w:r w:rsidRPr="00946C54">
        <w:rPr>
          <w:color w:val="0D0D0D"/>
        </w:rPr>
        <w:t xml:space="preserve"> al-</w:t>
      </w:r>
      <w:proofErr w:type="spellStart"/>
      <w:r w:rsidRPr="00946C54">
        <w:rPr>
          <w:color w:val="0D0D0D"/>
        </w:rPr>
        <w:t>Haitham</w:t>
      </w:r>
      <w:proofErr w:type="spellEnd"/>
      <w:r w:rsidRPr="00946C54">
        <w:rPr>
          <w:color w:val="0D0D0D"/>
        </w:rPr>
        <w:t xml:space="preserve"> was known as the father of modern optics. He studied light, vision, refraction, reflection and the camera </w:t>
      </w:r>
      <w:proofErr w:type="spellStart"/>
      <w:r w:rsidRPr="00946C54">
        <w:rPr>
          <w:color w:val="0D0D0D"/>
        </w:rPr>
        <w:t>obscura</w:t>
      </w:r>
      <w:proofErr w:type="spellEnd"/>
      <w:r w:rsidRPr="00946C54">
        <w:rPr>
          <w:color w:val="0D0D0D"/>
        </w:rPr>
        <w:t>. He correctly explained that vision occurs when light enters the eye.</w:t>
      </w:r>
    </w:p>
    <w:p w14:paraId="5C30C056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946C54">
        <w:rPr>
          <w:color w:val="0D0D0D"/>
        </w:rPr>
        <w:t>Al-</w:t>
      </w:r>
      <w:proofErr w:type="spellStart"/>
      <w:r w:rsidRPr="00946C54">
        <w:rPr>
          <w:color w:val="0D0D0D"/>
        </w:rPr>
        <w:t>Biruni</w:t>
      </w:r>
      <w:proofErr w:type="spellEnd"/>
      <w:r w:rsidRPr="00946C54">
        <w:rPr>
          <w:color w:val="0D0D0D"/>
        </w:rPr>
        <w:t xml:space="preserve"> was a versatile Muslim scientist who contributed to astronomy, mathematics, geography, medicine, history and phy</w:t>
      </w:r>
      <w:bookmarkStart w:id="0" w:name="_GoBack"/>
      <w:bookmarkEnd w:id="0"/>
      <w:r w:rsidRPr="00946C54">
        <w:rPr>
          <w:color w:val="0D0D0D"/>
        </w:rPr>
        <w:t xml:space="preserve">sics. His famous books included </w:t>
      </w:r>
      <w:proofErr w:type="spellStart"/>
      <w:r w:rsidRPr="00946C54">
        <w:rPr>
          <w:color w:val="0D0D0D"/>
        </w:rPr>
        <w:t>Kitab</w:t>
      </w:r>
      <w:proofErr w:type="spellEnd"/>
      <w:r w:rsidRPr="00946C54">
        <w:rPr>
          <w:color w:val="0D0D0D"/>
        </w:rPr>
        <w:t xml:space="preserve"> al-Hind and </w:t>
      </w:r>
      <w:proofErr w:type="spellStart"/>
      <w:r w:rsidRPr="00946C54">
        <w:rPr>
          <w:color w:val="0D0D0D"/>
        </w:rPr>
        <w:t>Qanoon-i</w:t>
      </w:r>
      <w:proofErr w:type="spellEnd"/>
      <w:r w:rsidRPr="00946C54">
        <w:rPr>
          <w:color w:val="0D0D0D"/>
        </w:rPr>
        <w:t xml:space="preserve"> </w:t>
      </w:r>
      <w:proofErr w:type="spellStart"/>
      <w:r w:rsidRPr="00946C54">
        <w:rPr>
          <w:color w:val="0D0D0D"/>
        </w:rPr>
        <w:t>Masoodi</w:t>
      </w:r>
      <w:proofErr w:type="spellEnd"/>
      <w:r w:rsidRPr="00946C54">
        <w:rPr>
          <w:color w:val="0D0D0D"/>
        </w:rPr>
        <w:t>.</w:t>
      </w:r>
    </w:p>
    <w:p w14:paraId="554F99A1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946C54">
        <w:rPr>
          <w:color w:val="0D0D0D"/>
        </w:rPr>
        <w:t>Ibn</w:t>
      </w:r>
      <w:proofErr w:type="spellEnd"/>
      <w:r w:rsidRPr="00946C54">
        <w:rPr>
          <w:color w:val="0D0D0D"/>
        </w:rPr>
        <w:t xml:space="preserve"> </w:t>
      </w:r>
      <w:proofErr w:type="spellStart"/>
      <w:r w:rsidRPr="00946C54">
        <w:rPr>
          <w:color w:val="0D0D0D"/>
        </w:rPr>
        <w:t>Sina</w:t>
      </w:r>
      <w:proofErr w:type="spellEnd"/>
      <w:r w:rsidRPr="00946C54">
        <w:rPr>
          <w:color w:val="0D0D0D"/>
        </w:rPr>
        <w:t xml:space="preserve"> was one of the greatest Muslim physicians and philosophers. His famous book Al-</w:t>
      </w:r>
      <w:proofErr w:type="spellStart"/>
      <w:r w:rsidRPr="00946C54">
        <w:rPr>
          <w:color w:val="0D0D0D"/>
        </w:rPr>
        <w:t>Qanoon</w:t>
      </w:r>
      <w:proofErr w:type="spellEnd"/>
      <w:r w:rsidRPr="00946C54">
        <w:rPr>
          <w:color w:val="0D0D0D"/>
        </w:rPr>
        <w:t xml:space="preserve"> fi al-</w:t>
      </w:r>
      <w:proofErr w:type="spellStart"/>
      <w:r w:rsidRPr="00946C54">
        <w:rPr>
          <w:color w:val="0D0D0D"/>
        </w:rPr>
        <w:t>Tibb</w:t>
      </w:r>
      <w:proofErr w:type="spellEnd"/>
      <w:r w:rsidRPr="00946C54">
        <w:rPr>
          <w:color w:val="0D0D0D"/>
        </w:rPr>
        <w:t xml:space="preserve"> was an important medical encyclopedia covering diseases, medicines, anatomy and health.</w:t>
      </w:r>
    </w:p>
    <w:p w14:paraId="69C58F06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946C54">
        <w:rPr>
          <w:color w:val="0D0D0D"/>
        </w:rPr>
        <w:t>Al-</w:t>
      </w:r>
      <w:proofErr w:type="spellStart"/>
      <w:r w:rsidRPr="00946C54">
        <w:rPr>
          <w:color w:val="0D0D0D"/>
        </w:rPr>
        <w:t>Zahrawi</w:t>
      </w:r>
      <w:proofErr w:type="spellEnd"/>
      <w:r w:rsidRPr="00946C54">
        <w:rPr>
          <w:color w:val="0D0D0D"/>
        </w:rPr>
        <w:t xml:space="preserve"> was a renowned Muslim surgeon and physician. His medical encyclopedia Al-</w:t>
      </w:r>
      <w:proofErr w:type="spellStart"/>
      <w:r w:rsidRPr="00946C54">
        <w:rPr>
          <w:color w:val="0D0D0D"/>
        </w:rPr>
        <w:t>Tasrif</w:t>
      </w:r>
      <w:proofErr w:type="spellEnd"/>
      <w:r w:rsidRPr="00946C54">
        <w:rPr>
          <w:color w:val="0D0D0D"/>
        </w:rPr>
        <w:t xml:space="preserve"> contained detailed information about surgery and surgical instruments. He also made important contributions to dentistry and the treatment of diseases.</w:t>
      </w:r>
    </w:p>
    <w:p w14:paraId="5B0CDBB4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946C54">
        <w:rPr>
          <w:color w:val="0D0D0D"/>
        </w:rPr>
        <w:t>Al-</w:t>
      </w:r>
      <w:proofErr w:type="spellStart"/>
      <w:r w:rsidRPr="00946C54">
        <w:rPr>
          <w:color w:val="0D0D0D"/>
        </w:rPr>
        <w:t>Farabi</w:t>
      </w:r>
      <w:proofErr w:type="spellEnd"/>
      <w:r w:rsidRPr="00946C54">
        <w:rPr>
          <w:color w:val="0D0D0D"/>
        </w:rPr>
        <w:t xml:space="preserve"> was a famous Muslim philosopher and scientist who contributed to logic, sociology, psychology, medicine, mathematics and music. He was known as the Second Teacher after Aristotle.</w:t>
      </w:r>
    </w:p>
    <w:p w14:paraId="17557244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946C54">
        <w:rPr>
          <w:color w:val="0D0D0D"/>
        </w:rPr>
        <w:t>Ibn</w:t>
      </w:r>
      <w:proofErr w:type="spellEnd"/>
      <w:r w:rsidRPr="00946C54">
        <w:rPr>
          <w:color w:val="0D0D0D"/>
        </w:rPr>
        <w:t xml:space="preserve"> al-</w:t>
      </w:r>
      <w:proofErr w:type="spellStart"/>
      <w:r w:rsidRPr="00946C54">
        <w:rPr>
          <w:color w:val="0D0D0D"/>
        </w:rPr>
        <w:t>Baitar</w:t>
      </w:r>
      <w:proofErr w:type="spellEnd"/>
      <w:r w:rsidRPr="00946C54">
        <w:rPr>
          <w:color w:val="0D0D0D"/>
        </w:rPr>
        <w:t xml:space="preserve"> was one of the greatest Muslim botanists and pharmacists of the </w:t>
      </w:r>
      <w:proofErr w:type="gramStart"/>
      <w:r w:rsidRPr="00946C54">
        <w:rPr>
          <w:color w:val="0D0D0D"/>
        </w:rPr>
        <w:t>Middle</w:t>
      </w:r>
      <w:proofErr w:type="gramEnd"/>
      <w:r w:rsidRPr="00946C54">
        <w:rPr>
          <w:color w:val="0D0D0D"/>
        </w:rPr>
        <w:t xml:space="preserve"> Ages. His book </w:t>
      </w:r>
      <w:proofErr w:type="spellStart"/>
      <w:r w:rsidRPr="00946C54">
        <w:rPr>
          <w:color w:val="0D0D0D"/>
        </w:rPr>
        <w:t>Kitab</w:t>
      </w:r>
      <w:proofErr w:type="spellEnd"/>
      <w:r w:rsidRPr="00946C54">
        <w:rPr>
          <w:color w:val="0D0D0D"/>
        </w:rPr>
        <w:t xml:space="preserve"> al-Jami fi al-</w:t>
      </w:r>
      <w:proofErr w:type="spellStart"/>
      <w:r w:rsidRPr="00946C54">
        <w:rPr>
          <w:color w:val="0D0D0D"/>
        </w:rPr>
        <w:t>Adwiya</w:t>
      </w:r>
      <w:proofErr w:type="spellEnd"/>
      <w:r w:rsidRPr="00946C54">
        <w:rPr>
          <w:color w:val="0D0D0D"/>
        </w:rPr>
        <w:t xml:space="preserve"> al-</w:t>
      </w:r>
      <w:proofErr w:type="spellStart"/>
      <w:r w:rsidRPr="00946C54">
        <w:rPr>
          <w:color w:val="0D0D0D"/>
        </w:rPr>
        <w:t>Mufrada</w:t>
      </w:r>
      <w:proofErr w:type="spellEnd"/>
      <w:r w:rsidRPr="00946C54">
        <w:rPr>
          <w:color w:val="0D0D0D"/>
        </w:rPr>
        <w:t xml:space="preserve"> described about 1,400 medicinal plants and substances, including many that were previously unknown.</w:t>
      </w:r>
    </w:p>
    <w:p w14:paraId="440D676E" w14:textId="77777777" w:rsidR="00946C54" w:rsidRPr="00946C54" w:rsidRDefault="00946C54" w:rsidP="00946C5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946C54">
        <w:rPr>
          <w:color w:val="0D0D0D"/>
        </w:rPr>
        <w:t>These Muslim scientists made lasting contributions to medicine, optics, chemistry, astronomy, mathematics, surgery, botany and philosophy, helping to develop scientific knowledge and influencing later scholars around the world.</w:t>
      </w:r>
    </w:p>
    <w:p w14:paraId="3AD1C419" w14:textId="312BFEFE" w:rsidR="0009320B" w:rsidRPr="00704DC8" w:rsidRDefault="0009320B" w:rsidP="0070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320B" w:rsidRPr="00704DC8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0A406" w14:textId="77777777" w:rsidR="008418F8" w:rsidRDefault="008418F8">
      <w:pPr>
        <w:spacing w:after="0" w:line="240" w:lineRule="auto"/>
      </w:pPr>
      <w:r>
        <w:separator/>
      </w:r>
    </w:p>
  </w:endnote>
  <w:endnote w:type="continuationSeparator" w:id="0">
    <w:p w14:paraId="12E5DC7A" w14:textId="77777777" w:rsidR="008418F8" w:rsidRDefault="0084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6F129" w14:textId="77777777" w:rsidR="008418F8" w:rsidRDefault="008418F8">
      <w:pPr>
        <w:spacing w:after="0" w:line="240" w:lineRule="auto"/>
      </w:pPr>
      <w:r>
        <w:separator/>
      </w:r>
    </w:p>
  </w:footnote>
  <w:footnote w:type="continuationSeparator" w:id="0">
    <w:p w14:paraId="0DB0C89D" w14:textId="77777777" w:rsidR="008418F8" w:rsidRDefault="0084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1457C01"/>
    <w:multiLevelType w:val="hybridMultilevel"/>
    <w:tmpl w:val="FDC4E0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042FC9"/>
    <w:multiLevelType w:val="multilevel"/>
    <w:tmpl w:val="C16A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1D7098"/>
    <w:rsid w:val="00253EC6"/>
    <w:rsid w:val="0029639D"/>
    <w:rsid w:val="00326F90"/>
    <w:rsid w:val="003C3E27"/>
    <w:rsid w:val="003D1508"/>
    <w:rsid w:val="003E2993"/>
    <w:rsid w:val="003E4DDA"/>
    <w:rsid w:val="004F25B4"/>
    <w:rsid w:val="005233B1"/>
    <w:rsid w:val="00524EF4"/>
    <w:rsid w:val="00530805"/>
    <w:rsid w:val="00540CE2"/>
    <w:rsid w:val="005A074E"/>
    <w:rsid w:val="005F35B2"/>
    <w:rsid w:val="006576D8"/>
    <w:rsid w:val="0066127B"/>
    <w:rsid w:val="006D06A4"/>
    <w:rsid w:val="00704DC8"/>
    <w:rsid w:val="00711930"/>
    <w:rsid w:val="0074783B"/>
    <w:rsid w:val="00771D80"/>
    <w:rsid w:val="007869BD"/>
    <w:rsid w:val="007E7211"/>
    <w:rsid w:val="008418F8"/>
    <w:rsid w:val="008E65F0"/>
    <w:rsid w:val="00936BDA"/>
    <w:rsid w:val="00946C54"/>
    <w:rsid w:val="00960AD0"/>
    <w:rsid w:val="00982141"/>
    <w:rsid w:val="009857CD"/>
    <w:rsid w:val="009A3A83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56C9A"/>
    <w:rsid w:val="00D951CC"/>
    <w:rsid w:val="00DB1173"/>
    <w:rsid w:val="00E63D6F"/>
    <w:rsid w:val="00F355E8"/>
    <w:rsid w:val="00F4122F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4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87D5DD-F432-4297-9DB7-03391A40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2026-08-24T09:29:00Z</dcterms:created>
  <dcterms:modified xsi:type="dcterms:W3CDTF">2026-08-24T09:32:00Z</dcterms:modified>
  <cp:category/>
</cp:coreProperties>
</file>