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413EF40D" w:rsidR="00D57C8D" w:rsidRPr="00C90731" w:rsidRDefault="001915BF" w:rsidP="00D57C8D">
      <w:pPr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17365D" w:themeColor="text2" w:themeShade="BF"/>
          <w:sz w:val="16"/>
          <w:szCs w:val="16"/>
        </w:rPr>
      </w:pP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2</w:t>
      </w: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4C6C28"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Pr="00C90731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C90731">
        <w:rPr>
          <w:color w:val="17365D" w:themeColor="text2" w:themeShade="BF"/>
        </w:rPr>
        <w:t xml:space="preserve"> </w:t>
      </w:r>
      <w:r w:rsidR="004C6C28" w:rsidRPr="00C9073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Belief in life after death and Al-</w:t>
      </w:r>
      <w:proofErr w:type="spellStart"/>
      <w:r w:rsidR="004C6C28" w:rsidRPr="00C9073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Qadr</w:t>
      </w:r>
      <w:proofErr w:type="spellEnd"/>
    </w:p>
    <w:p w14:paraId="213AE86F" w14:textId="09750D87" w:rsidR="00112B73" w:rsidRDefault="00112B73">
      <w:pPr>
        <w:pStyle w:val="Title"/>
        <w:spacing w:after="60"/>
        <w:jc w:val="center"/>
      </w:pPr>
    </w:p>
    <w:p w14:paraId="4B120433" w14:textId="7985FD2B" w:rsidR="003C3E27" w:rsidRDefault="004B2C45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244E5342" w14:textId="77777777" w:rsidR="004B2C45" w:rsidRPr="003C3E27" w:rsidRDefault="004B2C45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2213347B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Life after death is a fundamental article of Islamic faith, involving resurrection, judgment, reward, and punishment.</w:t>
      </w:r>
    </w:p>
    <w:p w14:paraId="55D10602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4EE064D3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Belief in the Hereafter influences human behavior by encouraging people to consider the long-term consequences of their actions.</w:t>
      </w:r>
    </w:p>
    <w:p w14:paraId="1188D449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4944C1FF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means believing in Allah</w:t>
      </w:r>
      <w:bookmarkStart w:id="0" w:name="_GoBack"/>
      <w:bookmarkEnd w:id="0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’s complete knowledge and decree of everything that happens.</w:t>
      </w:r>
    </w:p>
    <w:p w14:paraId="6DD3266E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58763F26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The four components of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are: Al-‘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Ilm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(Knowledge),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Kitab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(Writing),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Mash’eeah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(Will), and Al-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Khalq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(Creation).</w:t>
      </w:r>
    </w:p>
    <w:p w14:paraId="4B6171F1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745CFBEC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Belief in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does not mean abandoning effort. Muslims are expected to use the proper means, work hard, and then rely upon Allah.</w:t>
      </w:r>
    </w:p>
    <w:p w14:paraId="2E39709D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6CA215D1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Belief in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develops patience and contentment, helping believers cope with difficulties, losses, and unexpected outcomes.</w:t>
      </w:r>
    </w:p>
    <w:p w14:paraId="212BEA83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2CD07989" w14:textId="77777777" w:rsidR="00095E0B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Human beings have the ability to make choices, but their choices exist within Allah’s ultimate and absolute will.</w:t>
      </w:r>
    </w:p>
    <w:p w14:paraId="54D33D5B" w14:textId="77777777" w:rsidR="00095E0B" w:rsidRPr="00095E0B" w:rsidRDefault="00095E0B" w:rsidP="00095E0B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4AA75C65" w14:textId="46E5BBED" w:rsidR="00112B73" w:rsidRPr="00095E0B" w:rsidRDefault="00095E0B" w:rsidP="00095E0B">
      <w:pPr>
        <w:pStyle w:val="Heading2"/>
        <w:numPr>
          <w:ilvl w:val="0"/>
          <w:numId w:val="10"/>
        </w:numPr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Understanding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Qadar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strengthens </w:t>
      </w:r>
      <w:proofErr w:type="spellStart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>Tawakkul</w:t>
      </w:r>
      <w:proofErr w:type="spellEnd"/>
      <w:r w:rsidRPr="00095E0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(reliance on Allah) by teaching Muslims to combine sincere effort with trust in Allah and acceptance of His decree.</w:t>
      </w:r>
    </w:p>
    <w:sectPr w:rsidR="00112B73" w:rsidRPr="00095E0B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3017C" w14:textId="77777777" w:rsidR="00113258" w:rsidRDefault="00113258">
      <w:pPr>
        <w:spacing w:after="0" w:line="240" w:lineRule="auto"/>
      </w:pPr>
      <w:r>
        <w:separator/>
      </w:r>
    </w:p>
  </w:endnote>
  <w:endnote w:type="continuationSeparator" w:id="0">
    <w:p w14:paraId="6B51AEF1" w14:textId="77777777" w:rsidR="00113258" w:rsidRDefault="0011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0745F295" w:rsidR="00112B73" w:rsidRDefault="001915BF">
    <w:pPr>
      <w:pStyle w:val="Footer"/>
      <w:jc w:val="center"/>
    </w:pPr>
    <w:r>
      <w:rPr>
        <w:i/>
        <w:sz w:val="14"/>
      </w:rPr>
      <w:t>HUM1</w:t>
    </w:r>
    <w:r w:rsidR="00C90731">
      <w:rPr>
        <w:i/>
        <w:sz w:val="14"/>
      </w:rPr>
      <w:t>12</w:t>
    </w:r>
    <w:r>
      <w:rPr>
        <w:i/>
        <w:sz w:val="14"/>
      </w:rPr>
      <w:t xml:space="preserve"> </w:t>
    </w:r>
    <w:r w:rsidR="00C90731">
      <w:rPr>
        <w:i/>
        <w:sz w:val="14"/>
      </w:rPr>
      <w:t>Islamic Studies</w:t>
    </w:r>
    <w:r>
      <w:rPr>
        <w:i/>
        <w:sz w:val="14"/>
      </w:rPr>
      <w:t xml:space="preserve"> |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81EED" w14:textId="77777777" w:rsidR="00113258" w:rsidRDefault="00113258">
      <w:pPr>
        <w:spacing w:after="0" w:line="240" w:lineRule="auto"/>
      </w:pPr>
      <w:r>
        <w:separator/>
      </w:r>
    </w:p>
  </w:footnote>
  <w:footnote w:type="continuationSeparator" w:id="0">
    <w:p w14:paraId="140F92E0" w14:textId="77777777" w:rsidR="00113258" w:rsidRDefault="0011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6667515"/>
    <w:multiLevelType w:val="hybridMultilevel"/>
    <w:tmpl w:val="E0F48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95E0B"/>
    <w:rsid w:val="00112B73"/>
    <w:rsid w:val="00113258"/>
    <w:rsid w:val="0015074B"/>
    <w:rsid w:val="001915BF"/>
    <w:rsid w:val="0029639D"/>
    <w:rsid w:val="00326F90"/>
    <w:rsid w:val="003C3E27"/>
    <w:rsid w:val="004B2C45"/>
    <w:rsid w:val="004C6C28"/>
    <w:rsid w:val="005233B1"/>
    <w:rsid w:val="005A074E"/>
    <w:rsid w:val="006D06A4"/>
    <w:rsid w:val="00771D80"/>
    <w:rsid w:val="007869BD"/>
    <w:rsid w:val="00936BDA"/>
    <w:rsid w:val="009C0465"/>
    <w:rsid w:val="009F2A1B"/>
    <w:rsid w:val="00AA1D8D"/>
    <w:rsid w:val="00B47730"/>
    <w:rsid w:val="00B83B10"/>
    <w:rsid w:val="00C90731"/>
    <w:rsid w:val="00CB0664"/>
    <w:rsid w:val="00D57C8D"/>
    <w:rsid w:val="00EF325A"/>
    <w:rsid w:val="00F31F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D7103-273D-4091-BC2C-534F8991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2026-08-25T06:46:00Z</dcterms:created>
  <dcterms:modified xsi:type="dcterms:W3CDTF">2026-08-25T06:47:00Z</dcterms:modified>
  <cp:category/>
</cp:coreProperties>
</file>