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A7BDF" w14:textId="466E8672" w:rsidR="00D57C8D" w:rsidRPr="00C90731" w:rsidRDefault="001915BF" w:rsidP="00660820">
      <w:pPr>
        <w:spacing w:after="0" w:line="240" w:lineRule="auto"/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17365D" w:themeColor="text2" w:themeShade="BF"/>
          <w:sz w:val="16"/>
          <w:szCs w:val="16"/>
        </w:rPr>
      </w:pP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</w:t>
      </w:r>
      <w:r w:rsidR="006E32E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4</w:t>
      </w: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4C6C28"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Pr="00C90731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—</w:t>
      </w:r>
      <w:r w:rsidRPr="00C90731">
        <w:rPr>
          <w:color w:val="17365D" w:themeColor="text2" w:themeShade="BF"/>
        </w:rPr>
        <w:t xml:space="preserve"> </w:t>
      </w:r>
      <w:r w:rsidR="006E32E4" w:rsidRPr="006E32E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Pillars of Islam: The pilgrimage (Hajj)</w:t>
      </w:r>
    </w:p>
    <w:p w14:paraId="213AE86F" w14:textId="09750D87" w:rsidR="00112B73" w:rsidRDefault="00112B73" w:rsidP="00660820">
      <w:pPr>
        <w:pStyle w:val="Title"/>
        <w:spacing w:after="0"/>
        <w:jc w:val="center"/>
      </w:pPr>
    </w:p>
    <w:p w14:paraId="2F4E616B" w14:textId="77777777" w:rsidR="00DA1AAD" w:rsidRPr="00464762" w:rsidRDefault="00DA1AAD" w:rsidP="00DA1AA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77D36567" w14:textId="77777777" w:rsidR="00DA1AAD" w:rsidRPr="00DA1AAD" w:rsidRDefault="00DA1AAD" w:rsidP="00DA1AA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14:paraId="03E61FF3" w14:textId="77777777" w:rsidR="00DA1AAD" w:rsidRPr="00DA1AAD" w:rsidRDefault="00DA1AAD" w:rsidP="00DA1A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Hajj means to intend to visit the Holy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Kaaba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and perform specific acts of worship. It is the fifth pillar of Islam and is obligatory once in a lifetime for Muslims who are physically and financially able.</w:t>
      </w:r>
    </w:p>
    <w:p w14:paraId="2E6466C0" w14:textId="77777777" w:rsidR="00DA1AAD" w:rsidRPr="00DA1AAD" w:rsidRDefault="00DA1AAD" w:rsidP="00DA1A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The three basic pillars of Hajj are entering Ihram with the intention of Hajj, staying at Arafat on 9th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Dhul-Hijjah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and performing the required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Tawaf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14:paraId="5CC69370" w14:textId="77777777" w:rsidR="00DA1AAD" w:rsidRPr="00DA1AAD" w:rsidRDefault="00DA1AAD" w:rsidP="00DA1A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Ihram is the sacred state entered before Hajj. It includes the intention, special clothing, and following certain restrictions to promote equality, discipline, and devotion to Allah.</w:t>
      </w:r>
    </w:p>
    <w:p w14:paraId="491318A9" w14:textId="77777777" w:rsidR="00DA1AAD" w:rsidRPr="00DA1AAD" w:rsidRDefault="00DA1AAD" w:rsidP="00DA1A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Tawaf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means circling the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Kaaba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seven times, while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Sa’i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means walking between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Safa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and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Marwah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remembering the struggle of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Hajar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(AS) in search of water.</w:t>
      </w:r>
    </w:p>
    <w:p w14:paraId="7CA5F796" w14:textId="77777777" w:rsidR="00DA1AAD" w:rsidRPr="00DA1AAD" w:rsidRDefault="00DA1AAD" w:rsidP="00DA1A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Wuquf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at Arafat is a central part of Hajj. Pilgrims spend the 9th of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Dhul-Hijjah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at Arafat in prayer, remembrance, and supplication to Allah.</w:t>
      </w:r>
    </w:p>
    <w:p w14:paraId="061840CA" w14:textId="77777777" w:rsidR="00DA1AAD" w:rsidRPr="00DA1AAD" w:rsidRDefault="00DA1AAD" w:rsidP="00DA1A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Other important Hajj rituals include stoning the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Jamarat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offering sacrifice, shaving or trimming the hair,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Tawaf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al-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Ifadhah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returning to Mina, and performing the farewell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Tawaf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14:paraId="6B7A2C45" w14:textId="77777777" w:rsidR="00DA1AAD" w:rsidRPr="00DA1AAD" w:rsidRDefault="00DA1AAD" w:rsidP="00DA1A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There are three types of Hajj: Hajj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Mufrad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Hajj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Tamattu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and Hajj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Qiran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. Hajj is performed during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Dhul-Hijjah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while </w:t>
      </w:r>
      <w:proofErr w:type="spellStart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>Umrah</w:t>
      </w:r>
      <w:proofErr w:type="spellEnd"/>
      <w:r w:rsidRPr="00DA1A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can generally be performed throughout the year.</w:t>
      </w:r>
    </w:p>
    <w:p w14:paraId="11CE9AB5" w14:textId="77777777" w:rsidR="00660820" w:rsidRPr="00660820" w:rsidRDefault="00660820" w:rsidP="00660820"/>
    <w:p w14:paraId="4BB9AF3E" w14:textId="77777777" w:rsidR="00660820" w:rsidRPr="00660820" w:rsidRDefault="00660820" w:rsidP="00660820"/>
    <w:p w14:paraId="57477EC9" w14:textId="77777777" w:rsidR="00660820" w:rsidRPr="00660820" w:rsidRDefault="00660820" w:rsidP="00660820"/>
    <w:p w14:paraId="2B4ED4C5" w14:textId="77777777" w:rsidR="00660820" w:rsidRPr="00660820" w:rsidRDefault="00660820" w:rsidP="00660820"/>
    <w:p w14:paraId="1EED0D88" w14:textId="77777777" w:rsidR="00660820" w:rsidRPr="00660820" w:rsidRDefault="00660820" w:rsidP="00660820">
      <w:bookmarkStart w:id="0" w:name="_GoBack"/>
      <w:bookmarkEnd w:id="0"/>
    </w:p>
    <w:p w14:paraId="5D6762D3" w14:textId="77777777" w:rsidR="00660820" w:rsidRPr="00660820" w:rsidRDefault="00660820" w:rsidP="00660820"/>
    <w:p w14:paraId="5BE23A57" w14:textId="77777777" w:rsidR="00660820" w:rsidRPr="00660820" w:rsidRDefault="00660820" w:rsidP="00660820"/>
    <w:p w14:paraId="3D048CEE" w14:textId="77777777" w:rsidR="00660820" w:rsidRPr="00660820" w:rsidRDefault="00660820" w:rsidP="00660820"/>
    <w:p w14:paraId="63F6E168" w14:textId="77777777" w:rsidR="00660820" w:rsidRPr="00660820" w:rsidRDefault="00660820" w:rsidP="00660820"/>
    <w:p w14:paraId="4EF789A3" w14:textId="77777777" w:rsidR="00660820" w:rsidRPr="00660820" w:rsidRDefault="00660820" w:rsidP="00660820"/>
    <w:p w14:paraId="78EAF803" w14:textId="77777777" w:rsidR="00660820" w:rsidRPr="00660820" w:rsidRDefault="00660820" w:rsidP="00660820"/>
    <w:p w14:paraId="5E261F10" w14:textId="77777777" w:rsidR="00660820" w:rsidRPr="00660820" w:rsidRDefault="00660820" w:rsidP="00660820"/>
    <w:p w14:paraId="66DD9B30" w14:textId="77777777" w:rsidR="00660820" w:rsidRPr="00660820" w:rsidRDefault="00660820" w:rsidP="00660820"/>
    <w:p w14:paraId="73D03506" w14:textId="77777777" w:rsidR="00660820" w:rsidRPr="00660820" w:rsidRDefault="00660820" w:rsidP="00660820"/>
    <w:p w14:paraId="3070A624" w14:textId="77777777" w:rsidR="00112B73" w:rsidRPr="00660820" w:rsidRDefault="00112B73" w:rsidP="00DA1AAD"/>
    <w:sectPr w:rsidR="00112B73" w:rsidRPr="00660820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B88A6" w14:textId="77777777" w:rsidR="00E90DC4" w:rsidRDefault="00E90DC4">
      <w:pPr>
        <w:spacing w:after="0" w:line="240" w:lineRule="auto"/>
      </w:pPr>
      <w:r>
        <w:separator/>
      </w:r>
    </w:p>
  </w:endnote>
  <w:endnote w:type="continuationSeparator" w:id="0">
    <w:p w14:paraId="4912FD86" w14:textId="77777777" w:rsidR="00E90DC4" w:rsidRDefault="00E9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E0E6927" w:rsidR="00112B73" w:rsidRDefault="001915BF">
    <w:pPr>
      <w:pStyle w:val="Footer"/>
      <w:jc w:val="center"/>
    </w:pPr>
    <w:r>
      <w:rPr>
        <w:i/>
        <w:sz w:val="14"/>
      </w:rPr>
      <w:t>HUM1</w:t>
    </w:r>
    <w:r w:rsidR="00C90731">
      <w:rPr>
        <w:i/>
        <w:sz w:val="14"/>
      </w:rPr>
      <w:t>12</w:t>
    </w:r>
    <w:r>
      <w:rPr>
        <w:i/>
        <w:sz w:val="14"/>
      </w:rPr>
      <w:t xml:space="preserve"> </w:t>
    </w:r>
    <w:r w:rsidR="00C90731">
      <w:rPr>
        <w:i/>
        <w:sz w:val="14"/>
      </w:rPr>
      <w:t>Islamic Studies</w:t>
    </w:r>
    <w:r>
      <w:rPr>
        <w:i/>
        <w:sz w:val="14"/>
      </w:rPr>
      <w:t xml:space="preserve"> | MLU </w:t>
    </w:r>
    <w:r w:rsidR="00DA1AAD">
      <w:rPr>
        <w:i/>
        <w:sz w:val="14"/>
      </w:rPr>
      <w:t>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304F1" w14:textId="77777777" w:rsidR="00E90DC4" w:rsidRDefault="00E90DC4">
      <w:pPr>
        <w:spacing w:after="0" w:line="240" w:lineRule="auto"/>
      </w:pPr>
      <w:r>
        <w:separator/>
      </w:r>
    </w:p>
  </w:footnote>
  <w:footnote w:type="continuationSeparator" w:id="0">
    <w:p w14:paraId="77612010" w14:textId="77777777" w:rsidR="00E90DC4" w:rsidRDefault="00E90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AC3CA6"/>
    <w:multiLevelType w:val="hybridMultilevel"/>
    <w:tmpl w:val="C0AC1E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747147"/>
    <w:multiLevelType w:val="multilevel"/>
    <w:tmpl w:val="F41E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112B73"/>
    <w:rsid w:val="0015074B"/>
    <w:rsid w:val="001915BF"/>
    <w:rsid w:val="0029639D"/>
    <w:rsid w:val="00326F90"/>
    <w:rsid w:val="003C3E27"/>
    <w:rsid w:val="004C6C28"/>
    <w:rsid w:val="005233B1"/>
    <w:rsid w:val="005A074E"/>
    <w:rsid w:val="00660820"/>
    <w:rsid w:val="006D06A4"/>
    <w:rsid w:val="006E32E4"/>
    <w:rsid w:val="00771D80"/>
    <w:rsid w:val="007869BD"/>
    <w:rsid w:val="00936BDA"/>
    <w:rsid w:val="009C0465"/>
    <w:rsid w:val="009F2A1B"/>
    <w:rsid w:val="00AA1D8D"/>
    <w:rsid w:val="00B47730"/>
    <w:rsid w:val="00B62DD9"/>
    <w:rsid w:val="00B83B10"/>
    <w:rsid w:val="00C90731"/>
    <w:rsid w:val="00CB0664"/>
    <w:rsid w:val="00D57C8D"/>
    <w:rsid w:val="00DA1AAD"/>
    <w:rsid w:val="00DD40AE"/>
    <w:rsid w:val="00E90DC4"/>
    <w:rsid w:val="00EF325A"/>
    <w:rsid w:val="00F31F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DA1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222D59-0C0C-4DF3-8388-33538264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2026-08-24T08:04:00Z</dcterms:created>
  <dcterms:modified xsi:type="dcterms:W3CDTF">2026-08-24T08:07:00Z</dcterms:modified>
  <cp:category/>
</cp:coreProperties>
</file>