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MLU-7.2 — Ethics and Morality in Islam</w:t>
      </w:r>
    </w:p>
    <w:p w:rsidR="00000000" w:rsidDel="00000000" w:rsidP="00000000" w:rsidRDefault="00000000" w:rsidRPr="00000000" w14:paraId="00000002">
      <w:pPr>
        <w:spacing w:after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Islamic morality (Akhlaq) and its role in developing good character and behavior. It covers the Prophet Muhammad (PBUH) as a moral example and key ethical teachings from the Qur’an and Hadith. It also highlights honesty and ethical conduct in personal, social, and professional life.</w:t>
      </w:r>
    </w:p>
    <w:p w:rsidR="00000000" w:rsidDel="00000000" w:rsidP="00000000" w:rsidRDefault="00000000" w:rsidRPr="00000000" w14:paraId="00000003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bookmarkStart w:colFirst="0" w:colLast="0" w:name="_heading=h.wemyvvbgxslh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MLO-7.2.1</w:t>
        <w:tab/>
        <w:tab/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definition, scope, and divine foundation of morality in Islam and its unchanging principles.</w:t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MLO-7.2.2</w:t>
        <w:tab/>
        <w:tab/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Defining the concept of Akhlaq and its significance in shaping a Muslim’s character and behavior.</w:t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MLO-7.2.3</w:t>
        <w:tab/>
        <w:tab/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importance of morality in Islam and how Prophet Muhammad (S.A.W.) exemplified ethical behavior as a model for Muslims.</w:t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MLO-7.2.4</w:t>
        <w:tab/>
        <w:tab/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Identifying key moral teachings from the Qur’an and Hadith that guide behavior toward people, and daily conduct.</w:t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MLO-7.2.5</w:t>
        <w:tab/>
        <w:tab/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Identifying key moral teachings from the Qur’an and Hadith that guide behavior toward people, animals, and daily conduct.</w:t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MLO-7.2.6</w:t>
        <w:tab/>
        <w:tab/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concept of honesty in Islam and its practical implications in personal, social, and professional life.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qv+m8rOwwB2jS0DaxjfH9184Q==">CgMxLjAyDmgud2VteXZ2Ymd4c2xoOAByITExNGlIWEpKbkgtZmoyaVl4Z1FuUjVIMzZEZ2ZMcWE3Xw==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2026-08-24T05:32:00Z</dcterms:created>
  <dc:creator>python-docx</dc:creator>
</cp:coreProperties>
</file>