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MLU-9.1 — Sincerity, Fulfilling Promise and Truthfulness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Brief Overview.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MLU focuses on sincerity, intention, truthfulness, and keeping promises in Islam.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explains authentic worship, avoiding Biddah, and recognizing hypocrisy. It highlights the role of these qualities in building good character and trust.</w:t>
      </w:r>
    </w:p>
    <w:p w:rsidR="00000000" w:rsidDel="00000000" w:rsidP="00000000" w:rsidRDefault="00000000" w:rsidRPr="00000000" w14:paraId="00000004">
      <w:pPr>
        <w:spacing w:after="8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MLO-9.1.1</w:t>
        <w:tab/>
        <w:tab/>
      </w:r>
    </w:p>
    <w:p w:rsidR="00000000" w:rsidDel="00000000" w:rsidP="00000000" w:rsidRDefault="00000000" w:rsidRPr="00000000" w14:paraId="00000006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Understanding sincerity and the role of intentions in determining the value of deeds in Islam.</w:t>
      </w:r>
    </w:p>
    <w:p w:rsidR="00000000" w:rsidDel="00000000" w:rsidP="00000000" w:rsidRDefault="00000000" w:rsidRPr="00000000" w14:paraId="00000007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MLO-9.1.2</w:t>
        <w:tab/>
        <w:tab/>
      </w:r>
    </w:p>
    <w:p w:rsidR="00000000" w:rsidDel="00000000" w:rsidP="00000000" w:rsidRDefault="00000000" w:rsidRPr="00000000" w14:paraId="00000008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bookmarkStart w:colFirst="0" w:colLast="0" w:name="_heading=h.ui2kwunlipm1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Analyzing the role of intention in Islam to differentiate deeds performed with sincere intentions from those performed without it.</w:t>
      </w:r>
    </w:p>
    <w:p w:rsidR="00000000" w:rsidDel="00000000" w:rsidP="00000000" w:rsidRDefault="00000000" w:rsidRPr="00000000" w14:paraId="00000009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MLO-9.1.3</w:t>
        <w:tab/>
        <w:tab/>
      </w:r>
    </w:p>
    <w:p w:rsidR="00000000" w:rsidDel="00000000" w:rsidP="00000000" w:rsidRDefault="00000000" w:rsidRPr="00000000" w14:paraId="0000000A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Distinguishing between authentic acts of worship and innovations (Biddah) by examining their conformity with the Quran and Sunnah.</w:t>
      </w:r>
    </w:p>
    <w:p w:rsidR="00000000" w:rsidDel="00000000" w:rsidP="00000000" w:rsidRDefault="00000000" w:rsidRPr="00000000" w14:paraId="0000000B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MLO-9.1.4</w:t>
        <w:tab/>
        <w:tab/>
      </w:r>
    </w:p>
    <w:p w:rsidR="00000000" w:rsidDel="00000000" w:rsidP="00000000" w:rsidRDefault="00000000" w:rsidRPr="00000000" w14:paraId="0000000C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Examining the role of intention in actions to differentiate between deeds performed sincerely for Allah and deeds done for worldly gains.</w:t>
      </w:r>
    </w:p>
    <w:p w:rsidR="00000000" w:rsidDel="00000000" w:rsidP="00000000" w:rsidRDefault="00000000" w:rsidRPr="00000000" w14:paraId="0000000D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MLO-9.1.5</w:t>
        <w:tab/>
        <w:tab/>
      </w:r>
    </w:p>
    <w:p w:rsidR="00000000" w:rsidDel="00000000" w:rsidP="00000000" w:rsidRDefault="00000000" w:rsidRPr="00000000" w14:paraId="0000000E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Analyzing the importance of fulfilling promises in Islam to distinguish between the characteristics of faithful believers and hypocrites.</w:t>
      </w:r>
    </w:p>
    <w:p w:rsidR="00000000" w:rsidDel="00000000" w:rsidP="00000000" w:rsidRDefault="00000000" w:rsidRPr="00000000" w14:paraId="0000000F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MLO-9.1.6</w:t>
        <w:tab/>
        <w:tab/>
      </w:r>
    </w:p>
    <w:p w:rsidR="00000000" w:rsidDel="00000000" w:rsidP="00000000" w:rsidRDefault="00000000" w:rsidRPr="00000000" w14:paraId="00000010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Examining the qualities of hypocrisy to differentiate between a believer who fulfills promises and one who betrays covenants.</w:t>
      </w:r>
    </w:p>
    <w:p w:rsidR="00000000" w:rsidDel="00000000" w:rsidP="00000000" w:rsidRDefault="00000000" w:rsidRPr="00000000" w14:paraId="00000011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MLO-9.1.7</w:t>
        <w:tab/>
        <w:tab/>
      </w:r>
    </w:p>
    <w:p w:rsidR="00000000" w:rsidDel="00000000" w:rsidP="00000000" w:rsidRDefault="00000000" w:rsidRPr="00000000" w14:paraId="00000012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Distinguishing the impact of fulfilling versus breaking promises to analyze their significance in personal integrity and societal trust.</w:t>
      </w:r>
    </w:p>
    <w:p w:rsidR="00000000" w:rsidDel="00000000" w:rsidP="00000000" w:rsidRDefault="00000000" w:rsidRPr="00000000" w14:paraId="00000013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MLO-9.1.8</w:t>
        <w:tab/>
        <w:tab/>
      </w:r>
    </w:p>
    <w:p w:rsidR="00000000" w:rsidDel="00000000" w:rsidP="00000000" w:rsidRDefault="00000000" w:rsidRPr="00000000" w14:paraId="00000014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Distinguishing the role of truthfulness in developing moral character to differentiate between virtuous and sinful behavior.</w:t>
      </w:r>
    </w:p>
    <w:sectPr>
      <w:footerReference r:id="rId7" w:type="default"/>
      <w:pgSz w:h="15840" w:w="12240" w:orient="portrait"/>
      <w:pgMar w:bottom="648" w:top="648" w:left="864" w:right="864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HUM112 Islamic Studies | MLU </w:t>
    </w:r>
    <w:r w:rsidDel="00000000" w:rsidR="00000000" w:rsidRPr="00000000">
      <w:rPr>
        <w:i w:val="1"/>
        <w:iCs w:val="1"/>
        <w:sz w:val="14"/>
        <w:szCs w:val="14"/>
        <w:rtl w:val="0"/>
      </w:rPr>
      <w:t xml:space="preserve">Overview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17"/>
        <w:szCs w:val="17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b w:val="1"/>
      <w:bCs w:val="1"/>
      <w:color w:val="17365d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lF59OYFaaPwRE9ncPCCJffD+FQ==">CgMxLjAyDmgudWkya3d1bmxpcG0xOAByITEwYk13NFRzLS1hVHphY096X0pnU0NFM0FKNDlEbDVoTw==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2026-08-24T05:40:00Z</dcterms:created>
  <dc:creator>python-docx</dc:creator>
</cp:coreProperties>
</file>