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563EA5CC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MLU-9</w:t>
      </w:r>
      <w:r w:rsidR="00524EF4" w:rsidRPr="00711930">
        <w:rPr>
          <w:rFonts w:ascii="Times New Roman" w:hAnsi="Times New Roman" w:cs="Times New Roman"/>
        </w:rPr>
        <w:t>.</w:t>
      </w:r>
      <w:r w:rsidR="00643939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 xml:space="preserve"> — </w:t>
      </w:r>
      <w:r w:rsidR="00643939">
        <w:rPr>
          <w:rFonts w:ascii="Times New Roman" w:hAnsi="Times New Roman" w:cs="Times New Roman"/>
        </w:rPr>
        <w:t>Rights of Parents and Children</w:t>
      </w:r>
    </w:p>
    <w:p w14:paraId="7B766156" w14:textId="261D908C" w:rsidR="0083147D" w:rsidRDefault="0083147D" w:rsidP="0083147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49DD303E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Islam commands children to respect, love, obey, and care for their parents, especially when they become old.</w:t>
      </w:r>
    </w:p>
    <w:p w14:paraId="459098EF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Being dutiful to parents is one of the greatest deeds in Islam and is placed after prayer among the deeds most beloved to Allah (SWT).</w:t>
      </w:r>
    </w:p>
    <w:p w14:paraId="5747DD91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Disobedience and disrespect toward parents are considered major sins, while kindness to them brings great reward and Paradise.</w:t>
      </w:r>
    </w:p>
    <w:p w14:paraId="7B0BEE38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Even after their parents die, children can honor them by praying for them, seeking forgiveness for them, fulfilling their instructions, maintaining family ties, and respecting their friends.</w:t>
      </w:r>
    </w:p>
    <w:p w14:paraId="13BEE5CA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Obedience to parents has limits: if parents command something against the worship of Allah (SWT), they should not be obeyed in that matter, but they must still be treated with kindness and respect.</w:t>
      </w:r>
    </w:p>
    <w:p w14:paraId="1D822B36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Parents have a responsibility to provide children with food, clothing, protection, education, religious guidance, love, and emotional support.</w:t>
      </w:r>
    </w:p>
    <w:p w14:paraId="25C06C45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Islam requires parents to treat their children fairly and equally and prohibits unjust favoritism among sons and daughters.</w:t>
      </w:r>
    </w:p>
    <w:p w14:paraId="620648A3" w14:textId="77777777" w:rsidR="0083147D" w:rsidRPr="0083147D" w:rsidRDefault="0083147D" w:rsidP="0083147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3147D">
        <w:rPr>
          <w:color w:val="0D0D0D"/>
        </w:rPr>
        <w:t>Children are a trust from Allah (SWT), so parents are responsible for their upbringing and will be accountable for how they fulfill their duties toward them</w:t>
      </w:r>
      <w:bookmarkStart w:id="0" w:name="_GoBack"/>
      <w:bookmarkEnd w:id="0"/>
      <w:r w:rsidRPr="0083147D">
        <w:rPr>
          <w:color w:val="0D0D0D"/>
        </w:rPr>
        <w:t>.</w:t>
      </w:r>
    </w:p>
    <w:p w14:paraId="078114E9" w14:textId="77777777" w:rsidR="0083147D" w:rsidRPr="0083147D" w:rsidRDefault="0083147D" w:rsidP="0083147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D0D0D"/>
          <w:sz w:val="27"/>
          <w:szCs w:val="27"/>
        </w:rPr>
      </w:pPr>
    </w:p>
    <w:p w14:paraId="4AA75C65" w14:textId="4156A898" w:rsidR="00112B73" w:rsidRPr="00643939" w:rsidRDefault="00112B73" w:rsidP="00643939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112B73" w:rsidRPr="00643939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E5CBD" w14:textId="77777777" w:rsidR="0036637E" w:rsidRDefault="0036637E">
      <w:pPr>
        <w:spacing w:after="0" w:line="240" w:lineRule="auto"/>
      </w:pPr>
      <w:r>
        <w:separator/>
      </w:r>
    </w:p>
  </w:endnote>
  <w:endnote w:type="continuationSeparator" w:id="0">
    <w:p w14:paraId="21F563BE" w14:textId="77777777" w:rsidR="0036637E" w:rsidRDefault="0036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60558" w14:textId="77777777" w:rsidR="0036637E" w:rsidRDefault="0036637E">
      <w:pPr>
        <w:spacing w:after="0" w:line="240" w:lineRule="auto"/>
      </w:pPr>
      <w:r>
        <w:separator/>
      </w:r>
    </w:p>
  </w:footnote>
  <w:footnote w:type="continuationSeparator" w:id="0">
    <w:p w14:paraId="5D7CF104" w14:textId="77777777" w:rsidR="0036637E" w:rsidRDefault="0036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4FD1454"/>
    <w:multiLevelType w:val="hybridMultilevel"/>
    <w:tmpl w:val="1EA2A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F3298"/>
    <w:multiLevelType w:val="multilevel"/>
    <w:tmpl w:val="38A6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C6083"/>
    <w:rsid w:val="00112B73"/>
    <w:rsid w:val="0015074B"/>
    <w:rsid w:val="00170B6B"/>
    <w:rsid w:val="001B7052"/>
    <w:rsid w:val="002855EF"/>
    <w:rsid w:val="0029639D"/>
    <w:rsid w:val="00326F90"/>
    <w:rsid w:val="0036637E"/>
    <w:rsid w:val="003C3E27"/>
    <w:rsid w:val="005233B1"/>
    <w:rsid w:val="00524EF4"/>
    <w:rsid w:val="00540CE2"/>
    <w:rsid w:val="005A074E"/>
    <w:rsid w:val="00643939"/>
    <w:rsid w:val="0066127B"/>
    <w:rsid w:val="006D06A4"/>
    <w:rsid w:val="00711930"/>
    <w:rsid w:val="00771D80"/>
    <w:rsid w:val="007869BD"/>
    <w:rsid w:val="007E7211"/>
    <w:rsid w:val="0083147D"/>
    <w:rsid w:val="00887C2B"/>
    <w:rsid w:val="008E65F0"/>
    <w:rsid w:val="00936BDA"/>
    <w:rsid w:val="00982141"/>
    <w:rsid w:val="009C0465"/>
    <w:rsid w:val="00A93134"/>
    <w:rsid w:val="00AA1D8D"/>
    <w:rsid w:val="00AF752F"/>
    <w:rsid w:val="00B47730"/>
    <w:rsid w:val="00B82D9A"/>
    <w:rsid w:val="00B83B10"/>
    <w:rsid w:val="00BB62C3"/>
    <w:rsid w:val="00C705FA"/>
    <w:rsid w:val="00CB0664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31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90BC59-E6FF-40F3-AA2C-3067922D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2026-08-24T08:51:00Z</dcterms:created>
  <dcterms:modified xsi:type="dcterms:W3CDTF">2026-08-24T08:55:00Z</dcterms:modified>
  <cp:category/>
</cp:coreProperties>
</file>